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.xml" ContentType="application/vnd.openxmlformats-officedocument.wordprocessingml.header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3A483B4F" wp14:textId="77777777">
      <w:pPr>
        <w:jc w:val="center"/>
      </w:pPr>
      <w:r>
        <w:rPr>
          <w:rFonts w:ascii="Arial Narrow" w:hAnsi="Arial Narrow"/>
          <w:b/>
          <w:sz w:val="28"/>
        </w:rPr>
        <w:t>REGIONE MARCHE</w:t>
      </w:r>
    </w:p>
    <w:p xmlns:wp14="http://schemas.microsoft.com/office/word/2010/wordml" w14:paraId="5F5019C7" wp14:textId="77777777">
      <w:pPr>
        <w:jc w:val="center"/>
      </w:pPr>
      <w:r>
        <w:rPr>
          <w:rFonts w:ascii="Arial Narrow" w:hAnsi="Arial Narrow"/>
          <w:b/>
          <w:sz w:val="24"/>
        </w:rPr>
        <w:t>POC MARCHE 2014-2020</w:t>
      </w:r>
    </w:p>
    <w:p xmlns:wp14="http://schemas.microsoft.com/office/word/2010/wordml" w14:paraId="080B41D1" wp14:textId="1268173E">
      <w:pPr>
        <w:jc w:val="center"/>
      </w:pPr>
      <w:r w:rsidRPr="3BF4B59F" w:rsidR="402AB5F7">
        <w:rPr>
          <w:rFonts w:ascii="Arial Narrow" w:hAnsi="Arial Narrow"/>
          <w:b w:val="1"/>
          <w:bCs w:val="1"/>
          <w:sz w:val="28"/>
          <w:szCs w:val="28"/>
        </w:rPr>
        <w:t xml:space="preserve">ALLEGATO </w:t>
      </w:r>
      <w:r w:rsidRPr="3BF4B59F" w:rsidR="3F68C82B">
        <w:rPr>
          <w:rFonts w:ascii="Arial Narrow" w:hAnsi="Arial Narrow"/>
          <w:b w:val="1"/>
          <w:bCs w:val="1"/>
          <w:sz w:val="28"/>
          <w:szCs w:val="28"/>
        </w:rPr>
        <w:t>1A</w:t>
      </w:r>
    </w:p>
    <w:p xmlns:wp14="http://schemas.microsoft.com/office/word/2010/wordml" w14:paraId="5E15F3BF" wp14:textId="68F3D5CE">
      <w:pPr>
        <w:jc w:val="center"/>
      </w:pPr>
      <w:r w:rsidRPr="795C7805" w:rsidR="795C7805">
        <w:rPr>
          <w:rFonts w:ascii="Arial Narrow" w:hAnsi="Arial Narrow"/>
          <w:b w:val="1"/>
          <w:bCs w:val="1"/>
          <w:sz w:val="32"/>
          <w:szCs w:val="32"/>
        </w:rPr>
        <w:t>RELAZIONE TECNICO-ILLUSTRATIVA</w:t>
      </w:r>
    </w:p>
    <w:p xmlns:wp14="http://schemas.microsoft.com/office/word/2010/wordml" w14:paraId="0DEFC282" wp14:textId="1A22D818">
      <w:pPr>
        <w:jc w:val="center"/>
      </w:pPr>
      <w:r w:rsidRPr="04AA3BC2" w:rsidR="196DECC1">
        <w:rPr>
          <w:i w:val="1"/>
          <w:iCs w:val="1"/>
        </w:rPr>
        <w:t xml:space="preserve">Contributo per il finanziamento di tecnologie </w:t>
      </w:r>
      <w:r w:rsidRPr="04AA3BC2" w:rsidR="196DECC1">
        <w:rPr>
          <w:i w:val="1"/>
          <w:iCs w:val="1"/>
        </w:rPr>
        <w:t>avanzate</w:t>
      </w:r>
      <w:r w:rsidRPr="04AA3BC2" w:rsidR="196DECC1">
        <w:rPr>
          <w:i w:val="1"/>
          <w:iCs w:val="1"/>
        </w:rPr>
        <w:t xml:space="preserve"> per la sicurezza </w:t>
      </w:r>
      <w:r w:rsidRPr="04AA3BC2" w:rsidR="196DECC1">
        <w:rPr>
          <w:i w:val="1"/>
          <w:iCs w:val="1"/>
        </w:rPr>
        <w:t>integrata</w:t>
      </w:r>
      <w:r w:rsidRPr="04AA3BC2" w:rsidR="196DECC1">
        <w:rPr>
          <w:i w:val="1"/>
          <w:iCs w:val="1"/>
        </w:rPr>
        <w:t xml:space="preserve"> </w:t>
      </w:r>
      <w:r w:rsidRPr="04AA3BC2" w:rsidR="196DECC1">
        <w:rPr>
          <w:i w:val="1"/>
          <w:iCs w:val="1"/>
        </w:rPr>
        <w:t>nei</w:t>
      </w:r>
      <w:r w:rsidRPr="04AA3BC2" w:rsidR="196DECC1">
        <w:rPr>
          <w:i w:val="1"/>
          <w:iCs w:val="1"/>
        </w:rPr>
        <w:t xml:space="preserve"> </w:t>
      </w:r>
      <w:r w:rsidRPr="04AA3BC2" w:rsidR="196DECC1">
        <w:rPr>
          <w:i w:val="1"/>
          <w:iCs w:val="1"/>
        </w:rPr>
        <w:t>siti</w:t>
      </w:r>
      <w:r w:rsidRPr="04AA3BC2" w:rsidR="196DECC1">
        <w:rPr>
          <w:i w:val="1"/>
          <w:iCs w:val="1"/>
        </w:rPr>
        <w:t xml:space="preserve"> a </w:t>
      </w:r>
      <w:r w:rsidRPr="04AA3BC2" w:rsidR="196DECC1">
        <w:rPr>
          <w:i w:val="1"/>
          <w:iCs w:val="1"/>
        </w:rPr>
        <w:t>valenza</w:t>
      </w:r>
      <w:r w:rsidRPr="04AA3BC2" w:rsidR="196DECC1">
        <w:rPr>
          <w:i w:val="1"/>
          <w:iCs w:val="1"/>
        </w:rPr>
        <w:t xml:space="preserve"> </w:t>
      </w:r>
      <w:r w:rsidRPr="04AA3BC2" w:rsidR="196DECC1">
        <w:rPr>
          <w:i w:val="1"/>
          <w:iCs w:val="1"/>
        </w:rPr>
        <w:t>turistico-culturale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xmlns:wp14="http://schemas.microsoft.com/office/word/2010/wordml" w:rsidTr="681A82EB" w14:paraId="54E9D998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3621E2AE" wp14:textId="77777777">
            <w:r>
              <w:rPr>
                <w:b/>
              </w:rPr>
              <w:t>Ente proponente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672A6659" wp14:textId="77777777">
            <w:r/>
          </w:p>
        </w:tc>
      </w:tr>
      <w:tr xmlns:wp14="http://schemas.microsoft.com/office/word/2010/wordml" w:rsidTr="681A82EB" w14:paraId="574AE5B0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00DB4BCB" wp14:textId="2DC3A86F">
            <w:r w:rsidRPr="681A82EB" w:rsidR="681A82EB">
              <w:rPr>
                <w:b w:val="1"/>
                <w:bCs w:val="1"/>
              </w:rPr>
              <w:t xml:space="preserve">Ente </w:t>
            </w:r>
            <w:r w:rsidRPr="681A82EB" w:rsidR="681A82EB">
              <w:rPr>
                <w:b w:val="1"/>
                <w:bCs w:val="1"/>
              </w:rPr>
              <w:t>capofila</w:t>
            </w:r>
            <w:r w:rsidRPr="681A82EB" w:rsidR="681A82EB">
              <w:rPr>
                <w:b w:val="1"/>
                <w:bCs w:val="1"/>
              </w:rPr>
              <w:t xml:space="preserve">, </w:t>
            </w:r>
            <w:r w:rsidRPr="681A82EB" w:rsidR="13191408">
              <w:rPr>
                <w:b w:val="1"/>
                <w:bCs w:val="1"/>
              </w:rPr>
              <w:t>(</w:t>
            </w:r>
            <w:r w:rsidRPr="681A82EB" w:rsidR="681A82EB">
              <w:rPr>
                <w:b w:val="1"/>
                <w:bCs w:val="1"/>
              </w:rPr>
              <w:t xml:space="preserve">se </w:t>
            </w:r>
            <w:r w:rsidRPr="681A82EB" w:rsidR="681A82EB">
              <w:rPr>
                <w:b w:val="1"/>
                <w:bCs w:val="1"/>
              </w:rPr>
              <w:t>pertinente</w:t>
            </w:r>
            <w:r w:rsidRPr="681A82EB" w:rsidR="670CC6DF">
              <w:rPr>
                <w:b w:val="1"/>
                <w:bCs w:val="1"/>
              </w:rPr>
              <w:t>)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0A37501D" wp14:textId="77777777">
            <w:r/>
          </w:p>
        </w:tc>
      </w:tr>
      <w:tr w:rsidR="681A82EB" w:rsidTr="681A82EB" w14:paraId="6649A95E">
        <w:trPr>
          <w:trHeight w:val="300"/>
        </w:trPr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:rsidR="3C648CE7" w:rsidP="681A82EB" w:rsidRDefault="3C648CE7" w14:paraId="59F3212D" w14:textId="2D4D0407">
            <w:pPr>
              <w:pStyle w:val="Normal"/>
            </w:pPr>
            <w:r w:rsidRPr="681A82EB" w:rsidR="3C648CE7">
              <w:rPr>
                <w:b w:val="1"/>
                <w:bCs w:val="1"/>
              </w:rPr>
              <w:t>Elenco</w:t>
            </w:r>
            <w:r w:rsidRPr="681A82EB" w:rsidR="3C648CE7">
              <w:rPr>
                <w:b w:val="1"/>
                <w:bCs w:val="1"/>
              </w:rPr>
              <w:t xml:space="preserve"> enti </w:t>
            </w:r>
            <w:r w:rsidRPr="681A82EB" w:rsidR="3C648CE7">
              <w:rPr>
                <w:b w:val="1"/>
                <w:bCs w:val="1"/>
              </w:rPr>
              <w:t>aderenti</w:t>
            </w:r>
            <w:r w:rsidRPr="681A82EB" w:rsidR="3C648CE7">
              <w:rPr>
                <w:b w:val="1"/>
                <w:bCs w:val="1"/>
              </w:rPr>
              <w:t>/associati (se pertinente)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681A82EB" w:rsidP="681A82EB" w:rsidRDefault="681A82EB" w14:paraId="6DCD434F" w14:textId="34F1F9CE">
            <w:pPr>
              <w:pStyle w:val="Normal"/>
            </w:pPr>
          </w:p>
        </w:tc>
      </w:tr>
      <w:tr xmlns:wp14="http://schemas.microsoft.com/office/word/2010/wordml" w:rsidTr="681A82EB" w14:paraId="1DE85914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2AEEF807" wp14:textId="77777777">
            <w:r>
              <w:rPr>
                <w:b/>
              </w:rPr>
              <w:t>Titolo del progetto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5DAB6C7B" wp14:textId="77777777">
            <w:r/>
          </w:p>
        </w:tc>
      </w:tr>
      <w:tr xmlns:wp14="http://schemas.microsoft.com/office/word/2010/wordml" w:rsidTr="681A82EB" w14:paraId="34663552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3C7D8237" wp14:textId="77777777">
            <w:r>
              <w:rPr>
                <w:b/>
              </w:rPr>
              <w:t>RUP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02EB378F" wp14:textId="77777777">
            <w:r/>
          </w:p>
        </w:tc>
      </w:tr>
      <w:tr xmlns:wp14="http://schemas.microsoft.com/office/word/2010/wordml" w:rsidTr="681A82EB" w14:paraId="34A621E8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16F2CE32" wp14:textId="77777777">
            <w:r>
              <w:rPr>
                <w:b/>
              </w:rPr>
              <w:t>Referente tecnico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6A05A809" wp14:textId="77777777">
            <w:r/>
          </w:p>
        </w:tc>
      </w:tr>
      <w:tr xmlns:wp14="http://schemas.microsoft.com/office/word/2010/wordml" w:rsidTr="681A82EB" w14:paraId="4ED8C616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00C91E25" wp14:textId="77777777">
            <w:r>
              <w:rPr>
                <w:b/>
              </w:rPr>
              <w:t>Importo complessivo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1A34E2AB" wp14:textId="77777777">
            <w:r>
              <w:t xml:space="preserve">€ </w:t>
            </w:r>
          </w:p>
        </w:tc>
      </w:tr>
      <w:tr xmlns:wp14="http://schemas.microsoft.com/office/word/2010/wordml" w:rsidTr="681A82EB" w14:paraId="316E8BA3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64515EE2" wp14:textId="77777777">
            <w:r>
              <w:rPr>
                <w:b/>
              </w:rPr>
              <w:t>Contributo richiesto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7FEC92C7" wp14:textId="77777777">
            <w:r>
              <w:t xml:space="preserve">€ </w:t>
            </w:r>
          </w:p>
        </w:tc>
      </w:tr>
      <w:tr xmlns:wp14="http://schemas.microsoft.com/office/word/2010/wordml" w:rsidTr="681A82EB" w14:paraId="419ACD47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5FBA7E06" wp14:textId="77777777">
            <w:r>
              <w:rPr>
                <w:b/>
              </w:rPr>
              <w:t>Cofinanziamento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18BD5BFF" wp14:textId="77777777">
            <w:r>
              <w:t>€                  pari al          %</w:t>
            </w:r>
          </w:p>
        </w:tc>
      </w:tr>
    </w:tbl>
    <w:p xmlns:wp14="http://schemas.microsoft.com/office/word/2010/wordml" w14:paraId="0B0089CA" wp14:textId="77777777">
      <w:pPr>
        <w:pStyle w:val="Heading1"/>
      </w:pPr>
      <w:r>
        <w:t>ISTRUZIONI GENERALI</w:t>
      </w:r>
    </w:p>
    <w:p xmlns:wp14="http://schemas.microsoft.com/office/word/2010/wordml" w14:paraId="33232519" wp14:textId="77777777">
      <w:pPr>
        <w:pStyle w:val="Istruzioni"/>
      </w:pPr>
      <w:r w:rsidRPr="681A82EB" w:rsidR="681A82EB">
        <w:rPr>
          <w:b w:val="1"/>
          <w:bCs w:val="1"/>
        </w:rPr>
        <w:t xml:space="preserve">Come compilare: </w:t>
      </w:r>
      <w:r w:rsidR="681A82EB">
        <w:rPr/>
        <w:t>Compilare tutte le parti pertinenti usando informazioni sintetiche, concrete e verificabili. Se una voce non riguarda il progetto, indicare “Non applicabile”. La relazione deve essere coerente con planimetria, quadro economico, schede tecniche e atti allegati. Non inserire password, indirizzi IP o altre informazioni riservate.</w:t>
      </w:r>
    </w:p>
    <w:p xmlns:wp14="http://schemas.microsoft.com/office/word/2010/wordml" w14:paraId="2B6A5988" wp14:textId="77777777">
      <w:pPr>
        <w:pStyle w:val="ListBullet"/>
      </w:pPr>
      <w:r>
        <w:t>Utilizzare gli stessi codici in tutti i documenti: T01, T02 per telecamere; V01, V02 per varchi OCR; CR01 per control room; S01, S02 per siti sensibili.</w:t>
      </w:r>
    </w:p>
    <w:p xmlns:wp14="http://schemas.microsoft.com/office/word/2010/wordml" w14:paraId="4FD5AF57" wp14:textId="77777777">
      <w:pPr>
        <w:pStyle w:val="ListBullet"/>
      </w:pPr>
      <w:r>
        <w:t>Per ogni elemento richiesto ai fini del punteggio occorre indicare il documento che ne prova l’esistenza. La sola selezione della casella non è sufficiente.</w:t>
      </w:r>
    </w:p>
    <w:p xmlns:wp14="http://schemas.microsoft.com/office/word/2010/wordml" w14:paraId="594AE801" wp14:textId="77777777">
      <w:pPr>
        <w:pStyle w:val="ListBullet"/>
      </w:pPr>
      <w:r>
        <w:t>La scelta della tipologia tecnologica serve a descrivere il progetto e non attribuisce di per sé un punteggio.</w:t>
      </w:r>
    </w:p>
    <w:p xmlns:wp14="http://schemas.microsoft.com/office/word/2010/wordml" w14:paraId="7034083B" wp14:textId="77777777">
      <w:pPr>
        <w:pStyle w:val="Heading1"/>
      </w:pPr>
      <w:r w:rsidR="1C025541">
        <w:rPr/>
        <w:t>1. TIPOLOGIA E COMPLESSITÀ TECNOLOGICA DEL PROGETTO</w:t>
      </w:r>
    </w:p>
    <w:p w:rsidR="5F7E6AFD" w:rsidP="5F7E6AFD" w:rsidRDefault="5F7E6AFD" w14:paraId="0884AA67" w14:textId="661273A8">
      <w:pPr>
        <w:pStyle w:val="Istruzioni"/>
      </w:pPr>
      <w:r w:rsidRPr="5F7E6AFD" w:rsidR="5F7E6AFD">
        <w:rPr>
          <w:b w:val="1"/>
          <w:bCs w:val="1"/>
        </w:rPr>
        <w:t xml:space="preserve">Come compilare: </w:t>
      </w:r>
      <w:r w:rsidR="5F7E6AFD">
        <w:rPr/>
        <w:t>Selezionare la tipologia prevalente del progetto e, se presenti, le ulteriori tipologie integrate. La tipologia prevalente è quella che rappresenta la finalità e la componente principale della spesa. Un progetto può comprendere più tipologie solo se le componenti sono funzionalmente collegate e chiaramente descritte.</w:t>
      </w: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1140"/>
        <w:gridCol w:w="1725"/>
        <w:gridCol w:w="4614"/>
        <w:gridCol w:w="2493"/>
      </w:tblGrid>
      <w:tr xmlns:wp14="http://schemas.microsoft.com/office/word/2010/wordml" w:rsidTr="795C7805" w14:paraId="6E120BEC" wp14:textId="77777777">
        <w:tc>
          <w:tcPr>
            <w:tcW w:w="1140" w:type="dxa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0F9FEECA" wp14:textId="77777777">
            <w:r>
              <w:rPr>
                <w:b/>
              </w:rPr>
              <w:t>Selezione</w:t>
            </w:r>
          </w:p>
        </w:tc>
        <w:tc>
          <w:tcPr>
            <w:tcW w:w="1725" w:type="dxa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0C29691E" wp14:textId="77777777">
            <w:r>
              <w:rPr>
                <w:b/>
              </w:rPr>
              <w:t>Tipologia</w:t>
            </w:r>
          </w:p>
        </w:tc>
        <w:tc>
          <w:tcPr>
            <w:tcW w:w="4614" w:type="dxa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40752DE6" wp14:textId="77777777">
            <w:r>
              <w:rPr>
                <w:b/>
              </w:rPr>
              <w:t>Quando selezionarla</w:t>
            </w:r>
          </w:p>
        </w:tc>
        <w:tc>
          <w:tcPr>
            <w:tcW w:w="2493" w:type="dxa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2EC6B6B9" wp14:textId="77777777">
            <w:r>
              <w:rPr>
                <w:b/>
              </w:rPr>
              <w:t>Ruolo nel progetto</w:t>
            </w:r>
          </w:p>
        </w:tc>
      </w:tr>
      <w:tr xmlns:wp14="http://schemas.microsoft.com/office/word/2010/wordml" w:rsidTr="795C7805" w14:paraId="253B7E18" wp14:textId="77777777">
        <w:tc>
          <w:tcPr>
            <w:tcW w:w="1140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0D1C84E6" wp14:textId="77777777">
            <w:r>
              <w:t>☐</w:t>
            </w:r>
          </w:p>
        </w:tc>
        <w:tc>
          <w:tcPr>
            <w:tcW w:w="1725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690D8D9F" wp14:textId="77777777">
            <w:r>
              <w:t>1. Sistemi di videosorveglianza</w:t>
            </w:r>
          </w:p>
        </w:tc>
        <w:tc>
          <w:tcPr>
            <w:tcW w:w="461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38FF55B2" wp14:textId="77777777">
            <w:r>
              <w:t>Telecamere, apparati di ripresa, trasmissione, registrazione, archiviazione e gestione dei flussi video. Comprende installazione, potenziamento o adeguamento.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4A4C11FF" wp14:textId="77777777">
            <w:r>
              <w:t>☐ Prevalente   ☐ Integrata</w:t>
            </w:r>
          </w:p>
        </w:tc>
      </w:tr>
      <w:tr xmlns:wp14="http://schemas.microsoft.com/office/word/2010/wordml" w:rsidTr="795C7805" w14:paraId="05392131" wp14:textId="77777777">
        <w:tc>
          <w:tcPr>
            <w:tcW w:w="1140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412DD878" wp14:textId="77777777">
            <w:r>
              <w:t>☐</w:t>
            </w:r>
          </w:p>
        </w:tc>
        <w:tc>
          <w:tcPr>
            <w:tcW w:w="1725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2D8D42C1" wp14:textId="77777777">
            <w:r>
              <w:t>2. Control room</w:t>
            </w:r>
          </w:p>
        </w:tc>
        <w:tc>
          <w:tcPr>
            <w:tcW w:w="461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45EF2B3A" wp14:textId="77777777">
            <w:r>
              <w:t>Realizzazione, potenziamento o adeguamento di un ambiente fisico o digitale per gestione centralizzata, monitoraggio e consultazione dei flussi, anche a servizio di più enti.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52B4E9CF" wp14:textId="77777777">
            <w:r>
              <w:t>☐ Prevalente   ☐ Integrata</w:t>
            </w:r>
          </w:p>
        </w:tc>
      </w:tr>
      <w:tr xmlns:wp14="http://schemas.microsoft.com/office/word/2010/wordml" w:rsidTr="795C7805" w14:paraId="4AFEBC1E" wp14:textId="77777777">
        <w:tc>
          <w:tcPr>
            <w:tcW w:w="1140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4053F9D1" wp14:textId="77777777">
            <w:r>
              <w:t>☐</w:t>
            </w:r>
          </w:p>
        </w:tc>
        <w:tc>
          <w:tcPr>
            <w:tcW w:w="1725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3147BDC4" wp14:textId="77777777">
            <w:r>
              <w:t>3. Ecosistema tecnologico interconnesso</w:t>
            </w:r>
          </w:p>
        </w:tc>
        <w:tc>
          <w:tcPr>
            <w:tcW w:w="461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718D5D8B" wp14:textId="77777777">
            <w:r>
              <w:t>Piattaforme e dispositivi integrati o interoperabili, monitoraggio intelligente, OCR, videoanalisi, rilevazione automatica di eventi o funzionalità algoritmiche/IA.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66F5998F" wp14:textId="77777777">
            <w:r>
              <w:t>☐ Prevalente   ☐ Integrata</w:t>
            </w:r>
          </w:p>
        </w:tc>
      </w:tr>
    </w:tbl>
    <w:p xmlns:wp14="http://schemas.microsoft.com/office/word/2010/wordml" w14:paraId="73A3A86B" wp14:textId="77777777">
      <w:pPr>
        <w:pStyle w:val="Heading2"/>
      </w:pPr>
      <w:r w:rsidR="1C025541">
        <w:rPr/>
        <w:t>1.1 Motivazione della scelta</w:t>
      </w:r>
    </w:p>
    <w:p w:rsidR="5F7E6AFD" w:rsidP="5F7E6AFD" w:rsidRDefault="5F7E6AFD" w14:paraId="06CDB499" w14:textId="1A80CA80">
      <w:pPr>
        <w:pStyle w:val="Istruzioni"/>
      </w:pPr>
      <w:r w:rsidRPr="5F7E6AFD" w:rsidR="5F7E6AFD">
        <w:rPr>
          <w:b w:val="1"/>
          <w:bCs w:val="1"/>
        </w:rPr>
        <w:t xml:space="preserve">Come compilare: </w:t>
      </w:r>
      <w:r w:rsidR="5F7E6AFD">
        <w:rPr/>
        <w:t>Spiegare in massimo 10 righe perché il progetto rientra nella tipologia selezionata e quali componenti determinano il livello di complessità. Se sono selezionate più tipologie, descrivere come sono collegate tra loro.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xmlns:wp14="http://schemas.microsoft.com/office/word/2010/wordml" w:rsidTr="5F7E6AFD" w14:paraId="5A39BBE3" wp14:textId="77777777">
        <w:tc>
          <w:tcPr>
            <w:tcW w:w="9972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40904D4C" w14:textId="4FE5EFA6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Il progetto rientra nella videosorveglianza evoluta perché prevede nuove telecamere, varchi OCR e collegamento alla control room comunale. Le componenti sono integrate perché flussi video e dati di lettura targhe confluiscono nella medesima struttura di gestione.</w:t>
            </w: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4074C74E" wp14:textId="77777777">
      <w:pPr>
        <w:pStyle w:val="Heading1"/>
      </w:pPr>
      <w:r>
        <w:t>2. PROBLEMA DI SICUREZZA E VALENZA TURISTICO-CULTURALE</w:t>
      </w:r>
    </w:p>
    <w:p xmlns:wp14="http://schemas.microsoft.com/office/word/2010/wordml" w14:paraId="7B5C71FA" wp14:textId="77777777">
      <w:pPr>
        <w:pStyle w:val="Heading2"/>
      </w:pPr>
      <w:r w:rsidR="1C025541">
        <w:rPr/>
        <w:t>2.1 Problema concreto da affrontare</w:t>
      </w:r>
    </w:p>
    <w:p w:rsidR="5F7E6AFD" w:rsidP="5F7E6AFD" w:rsidRDefault="5F7E6AFD" w14:paraId="091A5DE1" w14:textId="456F7B82">
      <w:pPr>
        <w:pStyle w:val="Istruzioni"/>
      </w:pPr>
      <w:r w:rsidRPr="5F7E6AFD" w:rsidR="5F7E6AFD">
        <w:rPr>
          <w:b w:val="1"/>
          <w:bCs w:val="1"/>
        </w:rPr>
        <w:t xml:space="preserve">Come compilare: </w:t>
      </w:r>
      <w:r w:rsidR="5F7E6AFD">
        <w:rPr/>
        <w:t>Indicare quale criticità concreta si vuole affrontare, dove si verifica e perché gli strumenti esistenti non sono sufficienti. Richiamare, se disponibili, segnalazioni, rilevazioni del comando, eventi, flussi o altri elementi oggettivi. Evitare espressioni generiche come “aumentare la sicurezza”.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xmlns:wp14="http://schemas.microsoft.com/office/word/2010/wordml" w:rsidTr="5F7E6AFD" w14:paraId="72A3D3EC" wp14:textId="77777777">
        <w:tc>
          <w:tcPr>
            <w:tcW w:w="9972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3D0E544E" w14:textId="3F16820C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Nel periodo estivo l’area del centro storico e le principali vie di accesso registrano un aumento dei flussi di persone e veicoli connessi a eventi, turismo e attività commerciali. L’attuale sistema non consente un presidio continuo dei varchi di ingresso e non dispone di lettura automatica targhe.</w:t>
            </w: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7613622E" wp14:textId="77777777">
      <w:pPr>
        <w:pStyle w:val="Heading2"/>
      </w:pPr>
      <w:r w:rsidR="1C025541">
        <w:rPr/>
        <w:t>2.2 Collegamento con la valenza turistico-culturale</w:t>
      </w:r>
    </w:p>
    <w:p w:rsidR="5F7E6AFD" w:rsidP="5F7E6AFD" w:rsidRDefault="5F7E6AFD" w14:paraId="6FB0403C" w14:textId="70E594E4">
      <w:pPr>
        <w:pStyle w:val="Istruzioni"/>
      </w:pPr>
      <w:r w:rsidRPr="5F7E6AFD" w:rsidR="5F7E6AFD">
        <w:rPr>
          <w:b w:val="1"/>
          <w:bCs w:val="1"/>
        </w:rPr>
        <w:t xml:space="preserve">Come compilare: </w:t>
      </w:r>
      <w:r w:rsidR="5F7E6AFD">
        <w:rPr/>
        <w:t>Spiegare come il progetto tutela visitatori, luoghi di interesse, beni culturali, aree di attrazione o spazi con elevata presenza o transito di persone. Indicare il legame diretto o funzionale tra i punti di installazione e i siti interessati.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xmlns:wp14="http://schemas.microsoft.com/office/word/2010/wordml" w:rsidTr="5F7E6AFD" w14:paraId="0E27B00A" wp14:textId="77777777">
        <w:tc>
          <w:tcPr>
            <w:tcW w:w="9972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7662F599" w14:textId="31967720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Le telecamere e i varchi sono collocati presso vie di accesso, parcheggi e aree di transito funzionali alla fruizione del centro storico e degli spazi pubblici utilizzati per manifestazioni culturali, rafforzando il controllo degli accessi e la sicurezza del contesto urbano collegato.</w:t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5C9FCB24" wp14:textId="77777777">
      <w:pPr>
        <w:pStyle w:val="Heading1"/>
      </w:pPr>
      <w:r w:rsidR="1C025541">
        <w:rPr/>
        <w:t>3. SITI E LOCALIZZAZIONE DEGLI INTERVENTI</w:t>
      </w:r>
    </w:p>
    <w:p w:rsidR="5F7E6AFD" w:rsidP="5F7E6AFD" w:rsidRDefault="5F7E6AFD" w14:paraId="45009E48" w14:textId="53046C67">
      <w:pPr>
        <w:pStyle w:val="Istruzioni"/>
      </w:pPr>
      <w:r w:rsidRPr="681A82EB" w:rsidR="57CB0E75">
        <w:rPr>
          <w:b w:val="1"/>
          <w:bCs w:val="1"/>
        </w:rPr>
        <w:t xml:space="preserve">Come </w:t>
      </w:r>
      <w:r w:rsidRPr="681A82EB" w:rsidR="57CB0E75">
        <w:rPr>
          <w:b w:val="1"/>
          <w:bCs w:val="1"/>
        </w:rPr>
        <w:t>compilare</w:t>
      </w:r>
      <w:r w:rsidRPr="681A82EB" w:rsidR="57CB0E75">
        <w:rPr>
          <w:b w:val="1"/>
          <w:bCs w:val="1"/>
        </w:rPr>
        <w:t xml:space="preserve">: </w:t>
      </w:r>
      <w:r w:rsidR="57CB0E75">
        <w:rPr/>
        <w:t>Elencare</w:t>
      </w:r>
      <w:r w:rsidR="57CB0E75">
        <w:rPr/>
        <w:t xml:space="preserve"> i </w:t>
      </w:r>
      <w:r w:rsidR="57CB0E75">
        <w:rPr/>
        <w:t>siti</w:t>
      </w:r>
      <w:r w:rsidR="57CB0E75">
        <w:rPr/>
        <w:t xml:space="preserve">, le </w:t>
      </w:r>
      <w:r w:rsidR="57CB0E75">
        <w:rPr/>
        <w:t>aree</w:t>
      </w:r>
      <w:r w:rsidR="57CB0E75">
        <w:rPr/>
        <w:t xml:space="preserve"> o i </w:t>
      </w:r>
      <w:r w:rsidR="57CB0E75">
        <w:rPr/>
        <w:t>contesti</w:t>
      </w:r>
      <w:r w:rsidR="57CB0E75">
        <w:rPr/>
        <w:t xml:space="preserve"> </w:t>
      </w:r>
      <w:r w:rsidR="57CB0E75">
        <w:rPr/>
        <w:t>rilevanti</w:t>
      </w:r>
      <w:r w:rsidR="57CB0E75">
        <w:rPr/>
        <w:t xml:space="preserve"> ai </w:t>
      </w:r>
      <w:r w:rsidR="57CB0E75">
        <w:rPr/>
        <w:t>fini</w:t>
      </w:r>
      <w:r w:rsidR="57CB0E75">
        <w:rPr/>
        <w:t xml:space="preserve"> della </w:t>
      </w:r>
      <w:r w:rsidR="57CB0E75">
        <w:rPr/>
        <w:t>finalità</w:t>
      </w:r>
      <w:r w:rsidR="57CB0E75">
        <w:rPr/>
        <w:t xml:space="preserve"> </w:t>
      </w:r>
      <w:r w:rsidR="57CB0E75">
        <w:rPr/>
        <w:t>turistico-culturale</w:t>
      </w:r>
      <w:r w:rsidR="57CB0E75">
        <w:rPr/>
        <w:t xml:space="preserve"> del progetto, </w:t>
      </w:r>
      <w:r w:rsidR="57CB0E75">
        <w:rPr/>
        <w:t>nonché</w:t>
      </w:r>
      <w:r w:rsidR="57CB0E75">
        <w:rPr/>
        <w:t xml:space="preserve"> le </w:t>
      </w:r>
      <w:r w:rsidR="57CB0E75">
        <w:rPr/>
        <w:t>localizzazioni</w:t>
      </w:r>
      <w:r w:rsidR="57CB0E75">
        <w:rPr/>
        <w:t xml:space="preserve"> degli </w:t>
      </w:r>
      <w:r w:rsidR="57CB0E75">
        <w:rPr/>
        <w:t>apparati</w:t>
      </w:r>
      <w:r w:rsidR="57CB0E75">
        <w:rPr/>
        <w:t xml:space="preserve"> o degli </w:t>
      </w:r>
      <w:r w:rsidR="57CB0E75">
        <w:rPr/>
        <w:t>interventi</w:t>
      </w:r>
      <w:r w:rsidR="57CB0E75">
        <w:rPr/>
        <w:t xml:space="preserve"> </w:t>
      </w:r>
      <w:r w:rsidR="57CB0E75">
        <w:rPr/>
        <w:t>tecnici</w:t>
      </w:r>
      <w:r w:rsidR="57CB0E75">
        <w:rPr/>
        <w:t xml:space="preserve"> ad </w:t>
      </w:r>
      <w:r w:rsidR="57CB0E75">
        <w:rPr/>
        <w:t>essi</w:t>
      </w:r>
      <w:r w:rsidR="57CB0E75">
        <w:rPr/>
        <w:t xml:space="preserve"> </w:t>
      </w:r>
      <w:r w:rsidR="57CB0E75">
        <w:rPr/>
        <w:t>funzionalmente</w:t>
      </w:r>
      <w:r w:rsidR="57CB0E75">
        <w:rPr/>
        <w:t xml:space="preserve"> </w:t>
      </w:r>
      <w:r w:rsidR="57CB0E75">
        <w:rPr/>
        <w:t>collegati</w:t>
      </w:r>
      <w:r w:rsidR="57CB0E75">
        <w:rPr/>
        <w:t xml:space="preserve">. </w:t>
      </w:r>
      <w:r w:rsidR="57CB0E75">
        <w:rPr/>
        <w:t>L’intervento</w:t>
      </w:r>
      <w:r w:rsidR="57CB0E75">
        <w:rPr/>
        <w:t xml:space="preserve"> </w:t>
      </w:r>
      <w:r w:rsidR="57CB0E75">
        <w:rPr/>
        <w:t>può</w:t>
      </w:r>
      <w:r w:rsidR="57CB0E75">
        <w:rPr/>
        <w:t xml:space="preserve"> </w:t>
      </w:r>
      <w:r w:rsidR="57CB0E75">
        <w:rPr/>
        <w:t>essere</w:t>
      </w:r>
      <w:r w:rsidR="57CB0E75">
        <w:rPr/>
        <w:t xml:space="preserve"> </w:t>
      </w:r>
      <w:r w:rsidR="57CB0E75">
        <w:rPr/>
        <w:t>realizzato</w:t>
      </w:r>
      <w:r w:rsidR="57CB0E75">
        <w:rPr/>
        <w:t xml:space="preserve"> </w:t>
      </w:r>
      <w:r w:rsidR="57CB0E75">
        <w:rPr/>
        <w:t>anche</w:t>
      </w:r>
      <w:r w:rsidR="57CB0E75">
        <w:rPr/>
        <w:t xml:space="preserve"> in </w:t>
      </w:r>
      <w:r w:rsidR="57CB0E75">
        <w:rPr/>
        <w:t>punti</w:t>
      </w:r>
      <w:r w:rsidR="57CB0E75">
        <w:rPr/>
        <w:t xml:space="preserve"> </w:t>
      </w:r>
      <w:r w:rsidR="57CB0E75">
        <w:rPr/>
        <w:t>diversi</w:t>
      </w:r>
      <w:r w:rsidR="57CB0E75">
        <w:rPr/>
        <w:t xml:space="preserve"> dal </w:t>
      </w:r>
      <w:r w:rsidR="57CB0E75">
        <w:rPr/>
        <w:t>sito</w:t>
      </w:r>
      <w:r w:rsidR="57CB0E75">
        <w:rPr/>
        <w:t xml:space="preserve"> o </w:t>
      </w:r>
      <w:r w:rsidR="57CB0E75">
        <w:rPr/>
        <w:t>dall’area</w:t>
      </w:r>
      <w:r w:rsidR="57CB0E75">
        <w:rPr/>
        <w:t xml:space="preserve"> </w:t>
      </w:r>
      <w:r w:rsidR="57CB0E75">
        <w:rPr/>
        <w:t>sensibile</w:t>
      </w:r>
      <w:r w:rsidR="57CB0E75">
        <w:rPr/>
        <w:t xml:space="preserve">, </w:t>
      </w:r>
      <w:r w:rsidR="57CB0E75">
        <w:rPr/>
        <w:t>purché</w:t>
      </w:r>
      <w:r w:rsidR="57CB0E75">
        <w:rPr/>
        <w:t xml:space="preserve"> </w:t>
      </w:r>
      <w:r w:rsidR="57CB0E75">
        <w:rPr/>
        <w:t>sia</w:t>
      </w:r>
      <w:r w:rsidR="57CB0E75">
        <w:rPr/>
        <w:t xml:space="preserve"> </w:t>
      </w:r>
      <w:r w:rsidR="57CB0E75">
        <w:rPr/>
        <w:t>motivato</w:t>
      </w:r>
      <w:r w:rsidR="57CB0E75">
        <w:rPr/>
        <w:t xml:space="preserve"> il </w:t>
      </w:r>
      <w:r w:rsidR="57CB0E75">
        <w:rPr/>
        <w:t>collegamento</w:t>
      </w:r>
      <w:r w:rsidR="57CB0E75">
        <w:rPr/>
        <w:t xml:space="preserve"> </w:t>
      </w:r>
      <w:r w:rsidR="57CB0E75">
        <w:rPr/>
        <w:t>funzionale</w:t>
      </w:r>
      <w:r w:rsidR="57CB0E75">
        <w:rPr/>
        <w:t xml:space="preserve"> con la tutela, il controllo, </w:t>
      </w:r>
      <w:r w:rsidR="57CB0E75">
        <w:rPr/>
        <w:t>l’accesso</w:t>
      </w:r>
      <w:r w:rsidR="57CB0E75">
        <w:rPr/>
        <w:t xml:space="preserve">, il </w:t>
      </w:r>
      <w:r w:rsidR="57CB0E75">
        <w:rPr/>
        <w:t>transito</w:t>
      </w:r>
      <w:r w:rsidR="57CB0E75">
        <w:rPr/>
        <w:t xml:space="preserve"> o la sicurezza </w:t>
      </w:r>
      <w:r w:rsidR="57CB0E75">
        <w:rPr/>
        <w:t>dell’area</w:t>
      </w:r>
      <w:r w:rsidR="57CB0E75">
        <w:rPr/>
        <w:t xml:space="preserve"> di </w:t>
      </w:r>
      <w:r w:rsidR="57CB0E75">
        <w:rPr/>
        <w:t>riferimento</w:t>
      </w:r>
      <w:r w:rsidR="57CB0E75">
        <w:rPr/>
        <w:t>.</w:t>
      </w:r>
    </w:p>
    <w:p w:rsidR="5F7E6AFD" w:rsidP="681A82EB" w:rsidRDefault="5F7E6AFD" w14:paraId="4B40976C" w14:textId="3D17343A">
      <w:pPr>
        <w:pStyle w:val="Istruzioni"/>
        <w:rPr>
          <w:rFonts w:ascii="Arial Narrow" w:hAnsi="Arial Narrow" w:eastAsia="Arial Narrow"/>
          <w:i w:val="1"/>
          <w:iCs w:val="1"/>
          <w:noProof w:val="0"/>
          <w:color w:val="3C3C3C"/>
          <w:sz w:val="20"/>
          <w:szCs w:val="20"/>
          <w:lang w:val="en-US"/>
        </w:rPr>
      </w:pPr>
      <w:r w:rsidRPr="681A82EB" w:rsidR="00E0AA6C"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3C3C3C"/>
          <w:sz w:val="20"/>
          <w:szCs w:val="20"/>
          <w:u w:val="none"/>
          <w:lang w:val="it-IT"/>
        </w:rPr>
        <w:t>Il medesimo sito non può essere frazionato in più codici ai soli fini dell’incremento del punteggio</w:t>
      </w:r>
    </w:p>
    <w:p w:rsidR="5212F9CF" w:rsidP="681A82EB" w:rsidRDefault="5212F9CF" w14:paraId="7BDC2B82" w14:textId="6C764D24">
      <w:pPr>
        <w:pStyle w:val="Istruzioni"/>
      </w:pPr>
      <w:r w:rsidR="17C134F2">
        <w:rPr/>
        <w:t xml:space="preserve">Di seguito viene riportata la classificazione </w:t>
      </w:r>
      <w:r w:rsidR="6AD210DF">
        <w:rPr/>
        <w:t xml:space="preserve">tassativa </w:t>
      </w:r>
      <w:r w:rsidR="17C134F2">
        <w:rPr/>
        <w:t>dei siti sensibili:</w:t>
      </w:r>
    </w:p>
    <w:p w:rsidR="5212F9CF" w:rsidP="681A82EB" w:rsidRDefault="5212F9CF" w14:paraId="2381C479" w14:textId="1E2FCFA9">
      <w:pPr>
        <w:pStyle w:val="Istruzioni"/>
        <w:widowControl w:val="0"/>
        <w:numPr>
          <w:ilvl w:val="0"/>
          <w:numId w:val="24"/>
        </w:numPr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en-US"/>
        </w:rPr>
      </w:pPr>
      <w:r w:rsidRPr="681A82EB" w:rsidR="5212F9CF"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it-IT"/>
        </w:rPr>
        <w:t>aree caratterizzate da elevata presenza o transito di persone.</w:t>
      </w:r>
    </w:p>
    <w:p w:rsidR="5212F9CF" w:rsidP="681A82EB" w:rsidRDefault="5212F9CF" w14:paraId="56275D17" w14:textId="0BEE0D42">
      <w:pPr>
        <w:pStyle w:val="Istruzioni"/>
        <w:widowControl w:val="0"/>
        <w:numPr>
          <w:ilvl w:val="0"/>
          <w:numId w:val="24"/>
        </w:numPr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en-US"/>
        </w:rPr>
      </w:pPr>
      <w:r w:rsidRPr="681A82EB" w:rsidR="5212F9CF"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it-IT"/>
        </w:rPr>
        <w:t>presidi ospedalieri;</w:t>
      </w:r>
    </w:p>
    <w:p w:rsidR="5212F9CF" w:rsidP="681A82EB" w:rsidRDefault="5212F9CF" w14:paraId="4DA24138" w14:textId="61B48B50">
      <w:pPr>
        <w:pStyle w:val="Istruzioni"/>
        <w:widowControl w:val="0"/>
        <w:numPr>
          <w:ilvl w:val="0"/>
          <w:numId w:val="24"/>
        </w:numPr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en-US"/>
        </w:rPr>
      </w:pPr>
      <w:r w:rsidRPr="681A82EB" w:rsidR="5212F9CF"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it-IT"/>
        </w:rPr>
        <w:t>stazioni ferroviarie;</w:t>
      </w:r>
    </w:p>
    <w:p w:rsidR="5212F9CF" w:rsidP="681A82EB" w:rsidRDefault="5212F9CF" w14:paraId="40A601B3" w14:textId="19D82DB9">
      <w:pPr>
        <w:pStyle w:val="Istruzioni"/>
        <w:widowControl w:val="0"/>
        <w:numPr>
          <w:ilvl w:val="0"/>
          <w:numId w:val="24"/>
        </w:numPr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en-US"/>
        </w:rPr>
      </w:pPr>
      <w:r w:rsidRPr="681A82EB" w:rsidR="5212F9CF"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it-IT"/>
        </w:rPr>
        <w:t>porti;</w:t>
      </w:r>
    </w:p>
    <w:p w:rsidR="5212F9CF" w:rsidP="681A82EB" w:rsidRDefault="5212F9CF" w14:paraId="2BB065AA" w14:textId="2247260D">
      <w:pPr>
        <w:pStyle w:val="Istruzioni"/>
        <w:widowControl w:val="0"/>
        <w:numPr>
          <w:ilvl w:val="0"/>
          <w:numId w:val="24"/>
        </w:numPr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en-US"/>
        </w:rPr>
      </w:pPr>
      <w:r w:rsidRPr="681A82EB" w:rsidR="5212F9CF"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it-IT"/>
        </w:rPr>
        <w:t>beni culturali e siti di rilevanza storico-artistica;</w:t>
      </w:r>
    </w:p>
    <w:p w:rsidR="5212F9CF" w:rsidP="681A82EB" w:rsidRDefault="5212F9CF" w14:paraId="47395D21" w14:textId="50A152EF">
      <w:pPr>
        <w:pStyle w:val="Istruzioni"/>
        <w:widowControl w:val="0"/>
        <w:numPr>
          <w:ilvl w:val="0"/>
          <w:numId w:val="24"/>
        </w:numPr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en-US"/>
        </w:rPr>
      </w:pPr>
      <w:r w:rsidRPr="681A82EB" w:rsidR="5212F9CF"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it-IT"/>
        </w:rPr>
        <w:t>aree di attrazione turistica;</w:t>
      </w:r>
    </w:p>
    <w:p w:rsidR="5212F9CF" w:rsidP="681A82EB" w:rsidRDefault="5212F9CF" w14:paraId="0E7B815D" w14:textId="6E1BB7F1">
      <w:pPr>
        <w:pStyle w:val="Istruzioni"/>
        <w:widowControl w:val="0"/>
        <w:numPr>
          <w:ilvl w:val="0"/>
          <w:numId w:val="24"/>
        </w:numPr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en-US"/>
        </w:rPr>
      </w:pPr>
      <w:r w:rsidRPr="681A82EB" w:rsidR="5212F9CF"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it-IT"/>
        </w:rPr>
        <w:t>aree commerciali;</w:t>
      </w:r>
    </w:p>
    <w:p w:rsidR="5212F9CF" w:rsidP="681A82EB" w:rsidRDefault="5212F9CF" w14:paraId="5914A0A7" w14:textId="2B9EA703">
      <w:pPr>
        <w:pStyle w:val="Istruzioni"/>
        <w:widowControl w:val="0"/>
        <w:numPr>
          <w:ilvl w:val="0"/>
          <w:numId w:val="24"/>
        </w:numPr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en-US"/>
        </w:rPr>
      </w:pPr>
      <w:r w:rsidRPr="681A82EB" w:rsidR="5212F9CF"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it-IT"/>
        </w:rPr>
        <w:t>impianti sportivi;</w:t>
      </w:r>
    </w:p>
    <w:p w:rsidR="681A82EB" w:rsidP="681A82EB" w:rsidRDefault="681A82EB" w14:paraId="02465F83" w14:textId="6F3350D1">
      <w:pPr>
        <w:pStyle w:val="Istruzioni"/>
      </w:pPr>
    </w:p>
    <w:tbl>
      <w:tblPr>
        <w:tblStyle w:val="TableGrid"/>
        <w:tblW w:w="9970" w:type="dxa"/>
        <w:jc w:val="center"/>
        <w:tblLook w:val="04A0" w:firstRow="1" w:lastRow="0" w:firstColumn="1" w:lastColumn="0" w:noHBand="0" w:noVBand="1"/>
      </w:tblPr>
      <w:tblGrid>
        <w:gridCol w:w="1994"/>
        <w:gridCol w:w="1994"/>
        <w:gridCol w:w="1980"/>
        <w:gridCol w:w="14"/>
        <w:gridCol w:w="1980"/>
        <w:gridCol w:w="14"/>
        <w:gridCol w:w="1980"/>
        <w:gridCol w:w="14"/>
      </w:tblGrid>
      <w:tr xmlns:wp14="http://schemas.microsoft.com/office/word/2010/wordml" w:rsidTr="56A4170B" w14:paraId="780333C3" wp14:textId="77777777">
        <w:trPr>
          <w:tblHeader w:val="true"/>
        </w:trPr>
        <w:tc>
          <w:tcPr>
            <w:tcW w:w="1994" w:type="dxa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7390746B" wp14:textId="77777777">
            <w:pPr>
              <w:jc w:val="center"/>
            </w:pPr>
            <w:r>
              <w:rPr>
                <w:b/>
              </w:rPr>
              <w:t>Codice sito</w:t>
            </w:r>
          </w:p>
        </w:tc>
        <w:tc>
          <w:tcPr>
            <w:tcW w:w="1994" w:type="dxa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4C14F6AF" wp14:textId="77777777">
            <w:pPr>
              <w:jc w:val="center"/>
            </w:pPr>
            <w:r>
              <w:rPr>
                <w:b/>
              </w:rPr>
              <w:t>Denominazione e localizzazione</w:t>
            </w:r>
          </w:p>
        </w:tc>
        <w:tc>
          <w:tcPr>
            <w:tcW w:w="1994" w:type="dxa"/>
            <w:gridSpan w:val="2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:rsidR="79067C25" w:rsidP="79067C25" w:rsidRDefault="79067C25" w14:paraId="17BF1A60" w14:textId="2D979F1F">
            <w:pPr>
              <w:pStyle w:val="Normal"/>
              <w:jc w:val="center"/>
            </w:pPr>
            <w:r w:rsidRPr="79067C25" w:rsidR="79067C25">
              <w:rPr>
                <w:b w:val="1"/>
                <w:bCs w:val="1"/>
              </w:rPr>
              <w:t>Tipologia sito/area rilevante</w:t>
            </w:r>
          </w:p>
        </w:tc>
        <w:tc>
          <w:tcPr>
            <w:tcW w:w="1994" w:type="dxa"/>
            <w:gridSpan w:val="2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0928C560" wp14:textId="77777777">
            <w:pPr>
              <w:jc w:val="center"/>
            </w:pPr>
            <w:r>
              <w:rPr>
                <w:b/>
              </w:rPr>
              <w:t>Motivazione</w:t>
            </w:r>
          </w:p>
        </w:tc>
        <w:tc>
          <w:tcPr>
            <w:tcW w:w="1994" w:type="dxa"/>
            <w:gridSpan w:val="2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1434E14F" wp14:textId="77777777">
            <w:pPr>
              <w:jc w:val="center"/>
            </w:pPr>
            <w:r>
              <w:rPr>
                <w:b/>
              </w:rPr>
              <w:t>Apparati collegati</w:t>
            </w:r>
          </w:p>
        </w:tc>
      </w:tr>
      <w:tr xmlns:wp14="http://schemas.microsoft.com/office/word/2010/wordml" w:rsidTr="56A4170B" w14:paraId="207CCF61" wp14:textId="77777777">
        <w:trPr>
          <w:gridAfter w:val="1"/>
        </w:trPr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65F55673" w14:textId="778752ED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S01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6A4170B" w:rsidP="56A4170B" w:rsidRDefault="56A4170B" w14:paraId="17D4A8B5" w14:textId="07D2981D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Area portuale e viabilità di accesso</w:t>
            </w:r>
          </w:p>
        </w:tc>
        <w:tc>
          <w:tcPr>
            <w:tcW w:w="1980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6A4170B" w:rsidP="56A4170B" w:rsidRDefault="56A4170B" w14:paraId="7F768DB7" w14:textId="6EB65F2B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porti; aree caratterizzate da elevata presenza o transito di persone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</w:tcPr>
          <w:p w:rsidR="56A4170B" w:rsidP="56A4170B" w:rsidRDefault="56A4170B" w14:paraId="535CBCCF" w14:textId="53C9F0AB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Area interessata da flussi di passeggeri, operatori e veicoli, con funzione di accesso al territorio e collegamento con percorsi turistici e servizi del centro urbano.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</w:tcPr>
          <w:p w:rsidR="56A4170B" w:rsidP="56A4170B" w:rsidRDefault="56A4170B" w14:paraId="3F177ED7" w14:textId="685793BC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T01, V01, CR01</w:t>
            </w:r>
          </w:p>
        </w:tc>
      </w:tr>
      <w:tr xmlns:wp14="http://schemas.microsoft.com/office/word/2010/wordml" w:rsidTr="56A4170B" w14:paraId="05C2A4D3" wp14:textId="77777777">
        <w:trPr>
          <w:gridAfter w:val="1"/>
        </w:trPr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5DC50D0D" w14:textId="3D65643A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S02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6A4170B" w:rsidP="56A4170B" w:rsidRDefault="56A4170B" w14:paraId="6BF7CAA1" w14:textId="2AE431A7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Stazione ferroviaria e piazzale antistante</w:t>
            </w:r>
          </w:p>
        </w:tc>
        <w:tc>
          <w:tcPr>
            <w:tcW w:w="1980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6A4170B" w:rsidP="56A4170B" w:rsidRDefault="56A4170B" w14:paraId="0BB211AE" w14:textId="514E3735">
            <w:pPr>
              <w:pStyle w:val="Normal"/>
              <w:rPr>
                <w:i w:val="1"/>
                <w:iCs w:val="1"/>
                <w:color w:val="666666"/>
              </w:rPr>
            </w:pP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</w:tcPr>
          <w:p w:rsidR="2977BC00" w:rsidP="56A4170B" w:rsidRDefault="2977BC00" w14:paraId="1B1C887F" w14:textId="6B5FF353">
            <w:pPr>
              <w:pStyle w:val="Normal"/>
            </w:pPr>
            <w:r w:rsidRPr="56A4170B" w:rsidR="2977BC00">
              <w:rPr>
                <w:i w:val="1"/>
                <w:iCs w:val="1"/>
                <w:color w:val="666666"/>
              </w:rPr>
              <w:t>Non oggetto di intervento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</w:tcPr>
          <w:p w:rsidR="56A4170B" w:rsidP="56A4170B" w:rsidRDefault="56A4170B" w14:paraId="587E46F1" w14:textId="784AA4C7">
            <w:pPr>
              <w:pStyle w:val="Normal"/>
              <w:rPr>
                <w:i w:val="1"/>
                <w:iCs w:val="1"/>
                <w:color w:val="666666"/>
              </w:rPr>
            </w:pPr>
          </w:p>
        </w:tc>
      </w:tr>
      <w:tr xmlns:wp14="http://schemas.microsoft.com/office/word/2010/wordml" w:rsidTr="56A4170B" w14:paraId="18FB4B73" wp14:textId="77777777">
        <w:trPr>
          <w:gridAfter w:val="1"/>
        </w:trPr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4B83E942" w14:textId="1BE8F92E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S03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6A4170B" w:rsidP="56A4170B" w:rsidRDefault="56A4170B" w14:paraId="22B343EF" w14:textId="48AA7E40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Museo civico e area di accesso al bene culturale</w:t>
            </w:r>
          </w:p>
        </w:tc>
        <w:tc>
          <w:tcPr>
            <w:tcW w:w="1980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6A4170B" w:rsidP="56A4170B" w:rsidRDefault="56A4170B" w14:paraId="1CD9F18A" w14:textId="7DE76FE2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beni culturali e siti di rilevanza storico-artistica; aree di attrazione turistica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</w:tcPr>
          <w:p w:rsidR="56A4170B" w:rsidP="56A4170B" w:rsidRDefault="56A4170B" w14:paraId="052A302C" w14:textId="629A7606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Luogo di interesse storico-artistico aperto alla fruizione pubblica, con presenza di visitatori e necessità di controllo degli accessi e delle aree esterne di pertinenza.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</w:tcPr>
          <w:p w:rsidR="56A4170B" w:rsidP="56A4170B" w:rsidRDefault="56A4170B" w14:paraId="5FDF00AB" w14:textId="6D7BD39F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T03, CR01</w:t>
            </w:r>
          </w:p>
        </w:tc>
      </w:tr>
      <w:tr xmlns:wp14="http://schemas.microsoft.com/office/word/2010/wordml" w:rsidTr="56A4170B" w14:paraId="2FB60F38" wp14:textId="77777777"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6A4170B" w:rsidP="56A4170B" w:rsidRDefault="56A4170B" w14:paraId="4D962265" w14:textId="048FBAAD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S04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6A4170B" w:rsidP="56A4170B" w:rsidRDefault="56A4170B" w14:paraId="2D62442C" w14:textId="3236EA03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Area commerciale e parcheggi di servizio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6A4170B" w:rsidP="56A4170B" w:rsidRDefault="56A4170B" w14:paraId="3C536FD2" w14:textId="675CA4F9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aree commerciali; aree caratterizzate da elevata presenza o transito di persone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6A4170B" w:rsidP="56A4170B" w:rsidRDefault="56A4170B" w14:paraId="6C8B5582" w14:textId="600D6314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Zona con presenza di esercizi commerciali, parcheggi e percorsi pedonali, interessata da flussi concentrati in fasce orarie e giornate di maggiore afflusso.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6A4170B" w:rsidP="56A4170B" w:rsidRDefault="56A4170B" w14:paraId="07D5E945" w14:textId="3A70BDD9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T04, CR01</w:t>
            </w:r>
          </w:p>
        </w:tc>
      </w:tr>
      <w:tr xmlns:wp14="http://schemas.microsoft.com/office/word/2010/wordml" w:rsidTr="56A4170B" w14:paraId="6C92054E" wp14:textId="77777777"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253B9705" wp14:textId="77777777">
            <w:r>
              <w:t xml:space="preserve"> 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752553BD" wp14:textId="77777777">
            <w:r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56051E44" wp14:textId="77777777">
            <w:r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554EF5F4" wp14:textId="77777777">
            <w:r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7E235B9D" wp14:textId="77777777">
            <w:r>
              <w:t xml:space="preserve"> </w:t>
            </w:r>
          </w:p>
        </w:tc>
      </w:tr>
      <w:tr xmlns:wp14="http://schemas.microsoft.com/office/word/2010/wordml" w:rsidTr="56A4170B" w14:paraId="5233C410" wp14:textId="77777777"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66AC4DF1" wp14:textId="77777777">
            <w:r>
              <w:t xml:space="preserve"> 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131F8F3A" wp14:textId="77777777">
            <w:r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455E230F" wp14:textId="77777777">
            <w:r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0A8DB014" wp14:textId="77777777">
            <w:r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03D8BA8D" wp14:textId="77777777">
            <w:r>
              <w:t xml:space="preserve"> </w:t>
            </w:r>
          </w:p>
        </w:tc>
      </w:tr>
      <w:tr xmlns:wp14="http://schemas.microsoft.com/office/word/2010/wordml" w:rsidTr="56A4170B" w14:paraId="6EFD4B2C" wp14:textId="77777777"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69A0658A" wp14:textId="77777777">
            <w:r>
              <w:t xml:space="preserve"> 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2EA285AA" wp14:textId="77777777">
            <w:r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58BC89FB" wp14:textId="77777777">
            <w:r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70945AB8" wp14:textId="77777777">
            <w:r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45FB2F13" wp14:textId="77777777">
            <w:r>
              <w:t xml:space="preserve"> </w:t>
            </w:r>
          </w:p>
        </w:tc>
      </w:tr>
    </w:tbl>
    <w:p w:rsidR="0302E6F8" w:rsidP="56A4170B" w:rsidRDefault="0302E6F8" w14:paraId="458BE333" w14:textId="69523FF4">
      <w:pPr>
        <w:pStyle w:val="Istruzioni"/>
        <w:suppressLineNumbers w:val="0"/>
        <w:bidi w:val="0"/>
        <w:spacing w:before="0" w:beforeAutospacing="off" w:after="60" w:afterAutospacing="off" w:line="276" w:lineRule="auto"/>
        <w:ind w:left="0" w:right="0"/>
        <w:jc w:val="left"/>
      </w:pPr>
      <w:r w:rsidR="6A664A96">
        <w:rPr/>
        <w:t>Allegare</w:t>
      </w:r>
      <w:r w:rsidR="6A664A96">
        <w:rPr/>
        <w:t xml:space="preserve"> </w:t>
      </w:r>
      <w:r w:rsidR="6A664A96">
        <w:rPr/>
        <w:t>una</w:t>
      </w:r>
      <w:r w:rsidR="6A664A96">
        <w:rPr/>
        <w:t xml:space="preserve"> </w:t>
      </w:r>
      <w:r w:rsidR="6A664A96">
        <w:rPr/>
        <w:t>planimetria</w:t>
      </w:r>
      <w:r w:rsidR="6A664A96">
        <w:rPr/>
        <w:t xml:space="preserve"> con </w:t>
      </w:r>
      <w:r w:rsidR="6A664A96">
        <w:rPr/>
        <w:t>gli</w:t>
      </w:r>
      <w:r w:rsidR="6A664A96">
        <w:rPr/>
        <w:t xml:space="preserve"> </w:t>
      </w:r>
      <w:r w:rsidR="6A664A96">
        <w:rPr/>
        <w:t>stessi</w:t>
      </w:r>
      <w:r w:rsidR="6A664A96">
        <w:rPr/>
        <w:t xml:space="preserve"> </w:t>
      </w:r>
      <w:r w:rsidR="6A664A96">
        <w:rPr/>
        <w:t>codici</w:t>
      </w:r>
      <w:r w:rsidR="6A664A96">
        <w:rPr/>
        <w:t xml:space="preserve"> </w:t>
      </w:r>
      <w:r w:rsidR="6A664A96">
        <w:rPr/>
        <w:t>utilizzati</w:t>
      </w:r>
      <w:r w:rsidR="6A664A96">
        <w:rPr/>
        <w:t xml:space="preserve"> </w:t>
      </w:r>
      <w:r w:rsidR="6A664A96">
        <w:rPr/>
        <w:t>nella</w:t>
      </w:r>
      <w:r w:rsidR="6A664A96">
        <w:rPr/>
        <w:t xml:space="preserve"> </w:t>
      </w:r>
      <w:r w:rsidR="465F0CEA">
        <w:rPr/>
        <w:t>tabella</w:t>
      </w:r>
      <w:r w:rsidR="6A664A96">
        <w:rPr/>
        <w:t xml:space="preserve">. I </w:t>
      </w:r>
      <w:r w:rsidR="6A664A96">
        <w:rPr/>
        <w:t>dati</w:t>
      </w:r>
      <w:r w:rsidR="6A664A96">
        <w:rPr/>
        <w:t xml:space="preserve"> </w:t>
      </w:r>
      <w:r w:rsidR="6A664A96">
        <w:rPr/>
        <w:t>riportati</w:t>
      </w:r>
      <w:r w:rsidR="6A664A96">
        <w:rPr/>
        <w:t xml:space="preserve"> in </w:t>
      </w:r>
      <w:r w:rsidR="6A664A96">
        <w:rPr/>
        <w:t>corsivo</w:t>
      </w:r>
      <w:r w:rsidR="6A664A96">
        <w:rPr/>
        <w:t xml:space="preserve"> grigio </w:t>
      </w:r>
      <w:r w:rsidR="6A664A96">
        <w:rPr/>
        <w:t>nella</w:t>
      </w:r>
      <w:r w:rsidR="6A664A96">
        <w:rPr/>
        <w:t xml:space="preserve"> </w:t>
      </w:r>
      <w:r w:rsidR="6A664A96">
        <w:rPr/>
        <w:t>tabella</w:t>
      </w:r>
      <w:r w:rsidR="6A664A96">
        <w:rPr/>
        <w:t xml:space="preserve"> </w:t>
      </w:r>
      <w:r w:rsidR="6A664A96">
        <w:rPr/>
        <w:t>sono</w:t>
      </w:r>
      <w:r w:rsidR="6A664A96">
        <w:rPr/>
        <w:t xml:space="preserve"> </w:t>
      </w:r>
      <w:r w:rsidR="6A664A96">
        <w:rPr/>
        <w:t>esempi</w:t>
      </w:r>
      <w:r w:rsidR="6A664A96">
        <w:rPr/>
        <w:t xml:space="preserve"> e </w:t>
      </w:r>
      <w:r w:rsidR="6A664A96">
        <w:rPr/>
        <w:t>devono</w:t>
      </w:r>
      <w:r w:rsidR="6A664A96">
        <w:rPr/>
        <w:t xml:space="preserve"> </w:t>
      </w:r>
      <w:r w:rsidR="6A664A96">
        <w:rPr/>
        <w:t>essere</w:t>
      </w:r>
      <w:r w:rsidR="6A664A96">
        <w:rPr/>
        <w:t xml:space="preserve"> </w:t>
      </w:r>
      <w:r w:rsidR="6A664A96">
        <w:rPr/>
        <w:t>sostituiti</w:t>
      </w:r>
      <w:r w:rsidR="6A664A96">
        <w:rPr/>
        <w:t xml:space="preserve"> </w:t>
      </w:r>
      <w:r w:rsidR="6A664A96">
        <w:rPr/>
        <w:t>dall’ente</w:t>
      </w:r>
      <w:r w:rsidR="6A664A96">
        <w:rPr/>
        <w:t xml:space="preserve"> </w:t>
      </w:r>
      <w:r w:rsidR="6A664A96">
        <w:rPr/>
        <w:t>compilatore</w:t>
      </w:r>
      <w:r w:rsidR="6A664A96">
        <w:rPr/>
        <w:t>.</w:t>
      </w:r>
    </w:p>
    <w:p w:rsidR="681A82EB" w:rsidP="681A82EB" w:rsidRDefault="681A82EB" w14:paraId="12F5B449" w14:textId="3683FF08">
      <w:pPr>
        <w:pStyle w:val="Normal"/>
      </w:pPr>
    </w:p>
    <w:p xmlns:wp14="http://schemas.microsoft.com/office/word/2010/wordml" w14:paraId="24A2B5C3" wp14:textId="77777777">
      <w:pPr>
        <w:pStyle w:val="Heading1"/>
      </w:pPr>
      <w:r>
        <w:t>4. DESCRIZIONE DEL PROGETTO</w:t>
      </w:r>
    </w:p>
    <w:p xmlns:wp14="http://schemas.microsoft.com/office/word/2010/wordml" w14:paraId="1482FD90" wp14:textId="77777777">
      <w:pPr>
        <w:pStyle w:val="Heading2"/>
      </w:pPr>
      <w:r w:rsidR="1C025541">
        <w:rPr/>
        <w:t>4.1 Stato attuale</w:t>
      </w:r>
    </w:p>
    <w:p w:rsidR="5F7E6AFD" w:rsidP="5F7E6AFD" w:rsidRDefault="5F7E6AFD" w14:paraId="5D8CB2B2" w14:textId="4A6DB1B7">
      <w:pPr>
        <w:pStyle w:val="Istruzioni"/>
      </w:pPr>
      <w:r w:rsidRPr="5F7E6AFD" w:rsidR="5F7E6AFD">
        <w:rPr>
          <w:b w:val="1"/>
          <w:bCs w:val="1"/>
        </w:rPr>
        <w:t xml:space="preserve">Come compilare: </w:t>
      </w:r>
      <w:r w:rsidR="5F7E6AFD">
        <w:rPr/>
        <w:t>Descrivere solo gli impianti e le infrastrutture esistenti interessati dal progetto: telecamere, varchi OCR, collegamenti, piattaforme o control room. Indicare cosa funziona, cosa è insufficiente e cosa sarà riutilizzato.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xmlns:wp14="http://schemas.microsoft.com/office/word/2010/wordml" w:rsidTr="5F7E6AFD" w14:paraId="44EAFD9C" wp14:textId="77777777">
        <w:tc>
          <w:tcPr>
            <w:tcW w:w="9972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77C63D8E" w14:textId="5D2F7654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Il Comune dispone di un impianto di videosorveglianza comunale con alcune telecamere già installate presso il centro urbano e collegate alla centrale operativa della Polizia locale. Il progetto prevede il riutilizzo della control room esistente e il potenziamento con nuove telecamere e varchi OCR.</w:t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650E6CA9" wp14:textId="77777777">
      <w:pPr>
        <w:pStyle w:val="Heading2"/>
      </w:pPr>
      <w:r w:rsidR="1C025541">
        <w:rPr/>
        <w:t>4.2 Beni, apparati e interventi previsti</w:t>
      </w:r>
    </w:p>
    <w:p w:rsidR="5F7E6AFD" w:rsidP="5F7E6AFD" w:rsidRDefault="5F7E6AFD" w14:paraId="601028B5" w14:textId="69C2FEE9">
      <w:pPr>
        <w:pStyle w:val="Istruzioni"/>
      </w:pPr>
      <w:r w:rsidRPr="681A82EB" w:rsidR="57CB0E75">
        <w:rPr>
          <w:b w:val="1"/>
          <w:bCs w:val="1"/>
        </w:rPr>
        <w:t xml:space="preserve">Come compilare: </w:t>
      </w:r>
      <w:r w:rsidR="57CB0E75">
        <w:rPr/>
        <w:t>Indicare ogni bene o gruppo omogeneo di beni con codice, quantità, ubicazione e funzione. Specificare se si tratta di nuova installazione, potenziamento o adeguamento. I codici devono coincidere con planimetria, schede tecniche e quadro economico. I dati riportati in corsivo grigio nella tabella sono esempi e devono essere sostituiti dall’ente compilatore.</w:t>
      </w:r>
    </w:p>
    <w:p w:rsidR="78CC14AF" w:rsidP="681A82EB" w:rsidRDefault="78CC14AF" w14:paraId="6B72B360" w14:textId="64204C58">
      <w:pPr>
        <w:pStyle w:val="Istruzioni"/>
        <w:rPr>
          <w:rFonts w:ascii="Arial Narrow" w:hAnsi="Arial Narrow" w:eastAsia="Arial Narrow"/>
          <w:b w:val="0"/>
          <w:bCs w:val="0"/>
          <w:i w:val="1"/>
          <w:iCs w:val="1"/>
          <w:caps w:val="0"/>
          <w:smallCaps w:val="0"/>
          <w:noProof w:val="0"/>
          <w:color w:val="3C3C3C"/>
          <w:sz w:val="20"/>
          <w:szCs w:val="20"/>
          <w:lang w:val="en-US"/>
        </w:rPr>
      </w:pPr>
      <w:r w:rsidRPr="681A82EB" w:rsidR="78CC14AF">
        <w:rPr>
          <w:rFonts w:ascii="Arial Narrow" w:hAnsi="Arial Narrow" w:eastAsia="Arial Narrow"/>
          <w:b w:val="1"/>
          <w:bCs w:val="1"/>
          <w:i w:val="1"/>
          <w:iCs w:val="1"/>
          <w:caps w:val="0"/>
          <w:smallCaps w:val="0"/>
          <w:noProof w:val="0"/>
          <w:color w:val="3C3C3C"/>
          <w:sz w:val="20"/>
          <w:szCs w:val="20"/>
          <w:lang w:val="it-IT"/>
        </w:rPr>
        <w:t>Legenda codici degli elementi del progetto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220"/>
        <w:gridCol w:w="5895"/>
      </w:tblGrid>
      <w:tr w:rsidR="681A82EB" w:rsidTr="3A718BC1" w14:paraId="490C0F8B">
        <w:trPr>
          <w:trHeight w:val="285"/>
        </w:trPr>
        <w:tc>
          <w:tcPr>
            <w:tcW w:w="222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:rsidR="681A82EB" w:rsidP="681A82EB" w:rsidRDefault="681A82EB" w14:paraId="5EE179A8" w14:textId="37EF57D9">
            <w:pPr>
              <w:pStyle w:val="Istruzioni"/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</w:rPr>
            </w:pPr>
            <w:r w:rsidRPr="681A82EB" w:rsidR="681A82EB">
              <w:rPr>
                <w:rFonts w:ascii="Arial Narrow" w:hAnsi="Arial Narrow" w:eastAsia="Arial Narrow"/>
                <w:b w:val="1"/>
                <w:bCs w:val="1"/>
                <w:i w:val="1"/>
                <w:iCs w:val="1"/>
                <w:color w:val="3C3C3C"/>
                <w:sz w:val="20"/>
                <w:szCs w:val="20"/>
                <w:lang w:val="it-IT"/>
              </w:rPr>
              <w:t>Codice</w:t>
            </w:r>
          </w:p>
        </w:tc>
        <w:tc>
          <w:tcPr>
            <w:tcW w:w="589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:rsidR="681A82EB" w:rsidP="681A82EB" w:rsidRDefault="681A82EB" w14:paraId="67B185B3" w14:textId="49A4199A">
            <w:pPr>
              <w:pStyle w:val="Istruzioni"/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</w:rPr>
            </w:pPr>
            <w:r w:rsidRPr="681A82EB" w:rsidR="681A82EB">
              <w:rPr>
                <w:rFonts w:ascii="Arial Narrow" w:hAnsi="Arial Narrow" w:eastAsia="Arial Narrow"/>
                <w:b w:val="1"/>
                <w:bCs w:val="1"/>
                <w:i w:val="1"/>
                <w:iCs w:val="1"/>
                <w:color w:val="3C3C3C"/>
                <w:sz w:val="20"/>
                <w:szCs w:val="20"/>
                <w:lang w:val="it-IT"/>
              </w:rPr>
              <w:t>Elemento</w:t>
            </w:r>
          </w:p>
        </w:tc>
      </w:tr>
      <w:tr w:rsidR="681A82EB" w:rsidTr="3A718BC1" w14:paraId="08E0EBB2">
        <w:trPr>
          <w:trHeight w:val="285"/>
        </w:trPr>
        <w:tc>
          <w:tcPr>
            <w:tcW w:w="222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681A82EB" w:rsidP="681A82EB" w:rsidRDefault="681A82EB" w14:paraId="28F465EF" w14:textId="5AB6A7B3">
            <w:pPr>
              <w:pStyle w:val="Istruzioni"/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</w:rPr>
            </w:pPr>
            <w:r w:rsidRPr="681A82EB" w:rsidR="681A82EB"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  <w:lang w:val="it-IT"/>
              </w:rPr>
              <w:t>T01, T02, T03...</w:t>
            </w:r>
          </w:p>
        </w:tc>
        <w:tc>
          <w:tcPr>
            <w:tcW w:w="589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681A82EB" w:rsidP="681A82EB" w:rsidRDefault="681A82EB" w14:paraId="40F66AA2" w14:textId="779E8366">
            <w:pPr>
              <w:pStyle w:val="Istruzioni"/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</w:rPr>
            </w:pPr>
            <w:r w:rsidRPr="681A82EB" w:rsidR="681A82EB"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  <w:lang w:val="it-IT"/>
              </w:rPr>
              <w:t>Telecamere e altri apparati di videosorveglianza</w:t>
            </w:r>
          </w:p>
        </w:tc>
      </w:tr>
      <w:tr w:rsidR="681A82EB" w:rsidTr="3A718BC1" w14:paraId="7C34DDCD">
        <w:trPr>
          <w:trHeight w:val="285"/>
        </w:trPr>
        <w:tc>
          <w:tcPr>
            <w:tcW w:w="222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681A82EB" w:rsidP="681A82EB" w:rsidRDefault="681A82EB" w14:paraId="0B2858AE" w14:textId="4E3EEE7B">
            <w:pPr>
              <w:pStyle w:val="Istruzioni"/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</w:rPr>
            </w:pPr>
            <w:r w:rsidRPr="681A82EB" w:rsidR="681A82EB"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  <w:lang w:val="it-IT"/>
              </w:rPr>
              <w:t>V01, V02...</w:t>
            </w:r>
          </w:p>
        </w:tc>
        <w:tc>
          <w:tcPr>
            <w:tcW w:w="589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681A82EB" w:rsidP="681A82EB" w:rsidRDefault="681A82EB" w14:paraId="7E0A3145" w14:textId="02DADF00">
            <w:pPr>
              <w:pStyle w:val="Istruzioni"/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</w:rPr>
            </w:pPr>
            <w:r w:rsidRPr="681A82EB" w:rsidR="681A82EB"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  <w:lang w:val="it-IT"/>
              </w:rPr>
              <w:t>Varchi OCR/LPR e sistemi di lettura targhe</w:t>
            </w:r>
          </w:p>
        </w:tc>
      </w:tr>
      <w:tr w:rsidR="681A82EB" w:rsidTr="3A718BC1" w14:paraId="1A464CFA">
        <w:trPr>
          <w:trHeight w:val="285"/>
        </w:trPr>
        <w:tc>
          <w:tcPr>
            <w:tcW w:w="222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681A82EB" w:rsidP="681A82EB" w:rsidRDefault="681A82EB" w14:paraId="574F522E" w14:textId="07989F39">
            <w:pPr>
              <w:pStyle w:val="Istruzioni"/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</w:rPr>
            </w:pPr>
            <w:r w:rsidRPr="681A82EB" w:rsidR="681A82EB"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  <w:lang w:val="it-IT"/>
              </w:rPr>
              <w:t>CR01, CR02...</w:t>
            </w:r>
          </w:p>
        </w:tc>
        <w:tc>
          <w:tcPr>
            <w:tcW w:w="589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681A82EB" w:rsidP="681A82EB" w:rsidRDefault="681A82EB" w14:paraId="12A2423A" w14:textId="4594DE98">
            <w:pPr>
              <w:pStyle w:val="Istruzioni"/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</w:rPr>
            </w:pPr>
            <w:r w:rsidRPr="681A82EB" w:rsidR="681A82EB"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  <w:lang w:val="it-IT"/>
              </w:rPr>
              <w:t>Control room e relative postazioni</w:t>
            </w:r>
          </w:p>
        </w:tc>
      </w:tr>
      <w:tr w:rsidR="681A82EB" w:rsidTr="3A718BC1" w14:paraId="737A6656">
        <w:trPr>
          <w:trHeight w:val="285"/>
        </w:trPr>
        <w:tc>
          <w:tcPr>
            <w:tcW w:w="222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681A82EB" w:rsidP="681A82EB" w:rsidRDefault="681A82EB" w14:paraId="270E3E8C" w14:textId="49E3709B">
            <w:pPr>
              <w:pStyle w:val="Istruzioni"/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  <w:lang w:val="it-IT"/>
              </w:rPr>
            </w:pPr>
            <w:r w:rsidRPr="681A82EB" w:rsidR="681A82EB"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  <w:lang w:val="it-IT"/>
              </w:rPr>
              <w:t>CN01, CN02</w:t>
            </w:r>
          </w:p>
        </w:tc>
        <w:tc>
          <w:tcPr>
            <w:tcW w:w="589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681A82EB" w:rsidP="681A82EB" w:rsidRDefault="681A82EB" w14:paraId="2F9BAB36" w14:textId="2E7FF788">
            <w:pPr>
              <w:pStyle w:val="Istruzioni"/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  <w:lang w:val="it-IT"/>
              </w:rPr>
            </w:pPr>
            <w:r w:rsidRPr="681A82EB" w:rsidR="681A82EB"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  <w:lang w:val="it-IT"/>
              </w:rPr>
              <w:t>Connettività in fibra ottica o banda ultra larga</w:t>
            </w:r>
          </w:p>
        </w:tc>
      </w:tr>
      <w:tr w:rsidR="681A82EB" w:rsidTr="3A718BC1" w14:paraId="56805EF7">
        <w:trPr>
          <w:trHeight w:val="285"/>
        </w:trPr>
        <w:tc>
          <w:tcPr>
            <w:tcW w:w="222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681A82EB" w:rsidP="681A82EB" w:rsidRDefault="681A82EB" w14:paraId="79593165" w14:textId="6501390C">
            <w:pPr>
              <w:pStyle w:val="Istruzioni"/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</w:rPr>
            </w:pPr>
            <w:r w:rsidRPr="681A82EB" w:rsidR="681A82EB"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  <w:lang w:val="it-IT"/>
              </w:rPr>
              <w:t>PI01, PI02...</w:t>
            </w:r>
          </w:p>
        </w:tc>
        <w:tc>
          <w:tcPr>
            <w:tcW w:w="589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681A82EB" w:rsidP="681A82EB" w:rsidRDefault="681A82EB" w14:paraId="44C06D17" w14:textId="6AD2FE4D">
            <w:pPr>
              <w:pStyle w:val="Istruzioni"/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</w:rPr>
            </w:pPr>
            <w:r w:rsidRPr="681A82EB" w:rsidR="681A82EB">
              <w:rPr>
                <w:rFonts w:ascii="Arial Narrow" w:hAnsi="Arial Narrow" w:eastAsia="Arial Narrow"/>
                <w:b w:val="0"/>
                <w:bCs w:val="0"/>
                <w:i w:val="1"/>
                <w:iCs w:val="1"/>
                <w:color w:val="3C3C3C"/>
                <w:sz w:val="20"/>
                <w:szCs w:val="20"/>
                <w:lang w:val="it-IT"/>
              </w:rPr>
              <w:t>Piattaforme tecnologiche e sistemi di integrazione</w:t>
            </w:r>
          </w:p>
        </w:tc>
      </w:tr>
    </w:tbl>
    <w:p w:rsidR="681A82EB" w:rsidP="681A82EB" w:rsidRDefault="681A82EB" w14:paraId="40DFBF3D" w14:textId="48FCB549">
      <w:pPr>
        <w:pStyle w:val="Istruzioni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5"/>
        <w:gridCol w:w="1425"/>
        <w:gridCol w:w="1050"/>
        <w:gridCol w:w="1500"/>
        <w:gridCol w:w="1725"/>
        <w:gridCol w:w="1575"/>
        <w:gridCol w:w="1260"/>
      </w:tblGrid>
      <w:tr w:rsidR="3A718BC1" w:rsidTr="3A718BC1" w14:paraId="1040B6A1">
        <w:tc>
          <w:tcPr>
            <w:tcW w:w="1425" w:type="dxa"/>
            <w:shd w:val="clear" w:color="auto" w:fill="D9E2F3"/>
            <w:tcMar/>
          </w:tcPr>
          <w:p w:rsidR="3A718BC1" w:rsidP="3A718BC1" w:rsidRDefault="3A718BC1" w14:paraId="0D373C79" w14:textId="50BE8750">
            <w:pPr>
              <w:pStyle w:val="Normal"/>
              <w:jc w:val="center"/>
            </w:pPr>
            <w:r w:rsidRPr="3A718BC1" w:rsidR="3A718BC1">
              <w:rPr>
                <w:b w:val="1"/>
                <w:bCs w:val="1"/>
              </w:rPr>
              <w:t>Codice</w:t>
            </w:r>
          </w:p>
        </w:tc>
        <w:tc>
          <w:tcPr>
            <w:tcW w:w="1425" w:type="dxa"/>
            <w:shd w:val="clear" w:color="auto" w:fill="D9E2F3"/>
            <w:tcMar/>
          </w:tcPr>
          <w:p w:rsidR="3A718BC1" w:rsidP="3A718BC1" w:rsidRDefault="3A718BC1" w14:paraId="082A0C1E" w14:textId="7F9B8931">
            <w:pPr>
              <w:pStyle w:val="Normal"/>
              <w:jc w:val="center"/>
            </w:pPr>
            <w:r w:rsidRPr="3A718BC1" w:rsidR="3A718BC1">
              <w:rPr>
                <w:b w:val="1"/>
                <w:bCs w:val="1"/>
              </w:rPr>
              <w:t>Bene/apparato</w:t>
            </w:r>
          </w:p>
        </w:tc>
        <w:tc>
          <w:tcPr>
            <w:tcW w:w="1050" w:type="dxa"/>
            <w:shd w:val="clear" w:color="auto" w:fill="D9E2F3"/>
            <w:tcMar/>
          </w:tcPr>
          <w:p w:rsidR="3A718BC1" w:rsidP="3A718BC1" w:rsidRDefault="3A718BC1" w14:paraId="6A8B68C3" w14:textId="5208EB89">
            <w:pPr>
              <w:pStyle w:val="Normal"/>
              <w:jc w:val="center"/>
            </w:pPr>
            <w:r w:rsidRPr="3A718BC1" w:rsidR="3A718BC1">
              <w:rPr>
                <w:b w:val="1"/>
                <w:bCs w:val="1"/>
              </w:rPr>
              <w:t>Quantità</w:t>
            </w:r>
          </w:p>
        </w:tc>
        <w:tc>
          <w:tcPr>
            <w:tcW w:w="1500" w:type="dxa"/>
            <w:shd w:val="clear" w:color="auto" w:fill="D9E2F3"/>
            <w:tcMar/>
          </w:tcPr>
          <w:p w:rsidR="3A718BC1" w:rsidP="3A718BC1" w:rsidRDefault="3A718BC1" w14:paraId="49B86FEB" w14:textId="4F1F84E6">
            <w:pPr>
              <w:pStyle w:val="Normal"/>
              <w:jc w:val="center"/>
            </w:pPr>
            <w:r w:rsidRPr="3A718BC1" w:rsidR="3A718BC1">
              <w:rPr>
                <w:b w:val="1"/>
                <w:bCs w:val="1"/>
              </w:rPr>
              <w:t>Ubicazione</w:t>
            </w:r>
          </w:p>
        </w:tc>
        <w:tc>
          <w:tcPr>
            <w:tcW w:w="1725" w:type="dxa"/>
            <w:shd w:val="clear" w:color="auto" w:fill="D9E2F3"/>
            <w:tcMar/>
          </w:tcPr>
          <w:p w:rsidR="3A718BC1" w:rsidP="3A718BC1" w:rsidRDefault="3A718BC1" w14:paraId="0B275849" w14:textId="2ED98FBF">
            <w:pPr>
              <w:pStyle w:val="Normal"/>
              <w:jc w:val="center"/>
            </w:pPr>
            <w:r w:rsidRPr="3A718BC1" w:rsidR="3A718BC1">
              <w:rPr>
                <w:b w:val="1"/>
                <w:bCs w:val="1"/>
              </w:rPr>
              <w:t>Nuovo/Potenziamento/Adeguamento</w:t>
            </w:r>
          </w:p>
        </w:tc>
        <w:tc>
          <w:tcPr>
            <w:tcW w:w="1575" w:type="dxa"/>
            <w:shd w:val="clear" w:color="auto" w:fill="D9E2F3"/>
            <w:tcMar/>
          </w:tcPr>
          <w:p w:rsidR="3A718BC1" w:rsidP="3A718BC1" w:rsidRDefault="3A718BC1" w14:paraId="5F74A30C" w14:textId="114BB19F">
            <w:pPr>
              <w:pStyle w:val="Normal"/>
              <w:jc w:val="center"/>
            </w:pPr>
            <w:r w:rsidRPr="3A718BC1" w:rsidR="3A718BC1">
              <w:rPr>
                <w:b w:val="1"/>
                <w:bCs w:val="1"/>
              </w:rPr>
              <w:t>Funzione</w:t>
            </w:r>
          </w:p>
        </w:tc>
        <w:tc>
          <w:tcPr>
            <w:tcW w:w="1260" w:type="dxa"/>
            <w:shd w:val="clear" w:color="auto" w:fill="D9E2F3"/>
            <w:tcMar/>
          </w:tcPr>
          <w:p w:rsidR="3A718BC1" w:rsidP="3A718BC1" w:rsidRDefault="3A718BC1" w14:paraId="27C2A434" w14:textId="270589A9">
            <w:pPr>
              <w:pStyle w:val="Normal"/>
              <w:jc w:val="center"/>
            </w:pPr>
            <w:r w:rsidRPr="3A718BC1" w:rsidR="3A718BC1">
              <w:rPr>
                <w:b w:val="1"/>
                <w:bCs w:val="1"/>
              </w:rPr>
              <w:t>Schede tecniche</w:t>
            </w:r>
          </w:p>
        </w:tc>
      </w:tr>
      <w:tr w:rsidR="3A718BC1" w:rsidTr="3A718BC1" w14:paraId="2A9C8909">
        <w:tc>
          <w:tcPr>
            <w:tcW w:w="1425" w:type="dxa"/>
            <w:tcMar/>
          </w:tcPr>
          <w:p w:rsidR="3A718BC1" w:rsidP="3A718BC1" w:rsidRDefault="3A718BC1" w14:paraId="553524D8" w14:textId="037E1305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T01-T04</w:t>
            </w:r>
          </w:p>
        </w:tc>
        <w:tc>
          <w:tcPr>
            <w:tcW w:w="1425" w:type="dxa"/>
            <w:tcMar/>
          </w:tcPr>
          <w:p w:rsidR="3A718BC1" w:rsidP="3A718BC1" w:rsidRDefault="3A718BC1" w14:paraId="1EFEC15D" w14:textId="1705684C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Telecamere di contesto</w:t>
            </w:r>
          </w:p>
        </w:tc>
        <w:tc>
          <w:tcPr>
            <w:tcW w:w="1050" w:type="dxa"/>
            <w:tcMar/>
          </w:tcPr>
          <w:p w:rsidR="3A718BC1" w:rsidP="3A718BC1" w:rsidRDefault="3A718BC1" w14:paraId="19CDC0F7" w14:textId="289F70F9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4</w:t>
            </w:r>
          </w:p>
        </w:tc>
        <w:tc>
          <w:tcPr>
            <w:tcW w:w="1500" w:type="dxa"/>
            <w:tcMar/>
          </w:tcPr>
          <w:p w:rsidR="3A718BC1" w:rsidP="3A718BC1" w:rsidRDefault="3A718BC1" w14:paraId="035BD068" w14:textId="5EE6295D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Accessi al centro storico</w:t>
            </w:r>
          </w:p>
        </w:tc>
        <w:tc>
          <w:tcPr>
            <w:tcW w:w="1725" w:type="dxa"/>
            <w:tcMar/>
          </w:tcPr>
          <w:p w:rsidR="3A718BC1" w:rsidP="3A718BC1" w:rsidRDefault="3A718BC1" w14:paraId="2F7FC82E" w14:textId="02EC882B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Nuova installazione</w:t>
            </w:r>
          </w:p>
        </w:tc>
        <w:tc>
          <w:tcPr>
            <w:tcW w:w="1575" w:type="dxa"/>
            <w:tcMar/>
          </w:tcPr>
          <w:p w:rsidR="3A718BC1" w:rsidP="3A718BC1" w:rsidRDefault="3A718BC1" w14:paraId="3CDD4142" w14:textId="2EB95C21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Monitoraggio aree di transito</w:t>
            </w:r>
          </w:p>
        </w:tc>
        <w:tc>
          <w:tcPr>
            <w:tcW w:w="1260" w:type="dxa"/>
            <w:tcMar/>
          </w:tcPr>
          <w:p w:rsidR="3A718BC1" w:rsidP="3A718BC1" w:rsidRDefault="3A718BC1" w14:paraId="0F15C564" w14:textId="7028CC64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Scheda tecnica telecamera T01-T04</w:t>
            </w:r>
          </w:p>
        </w:tc>
      </w:tr>
      <w:tr w:rsidR="3A718BC1" w:rsidTr="3A718BC1" w14:paraId="3CB93098">
        <w:tc>
          <w:tcPr>
            <w:tcW w:w="1425" w:type="dxa"/>
            <w:tcMar/>
          </w:tcPr>
          <w:p w:rsidR="3A718BC1" w:rsidP="3A718BC1" w:rsidRDefault="3A718BC1" w14:paraId="0F2C0530" w14:textId="113BF14B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V01</w:t>
            </w:r>
          </w:p>
        </w:tc>
        <w:tc>
          <w:tcPr>
            <w:tcW w:w="1425" w:type="dxa"/>
            <w:tcMar/>
          </w:tcPr>
          <w:p w:rsidR="3A718BC1" w:rsidP="3A718BC1" w:rsidRDefault="3A718BC1" w14:paraId="6A452843" w14:textId="1F5A5E9B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Varco OCR</w:t>
            </w:r>
          </w:p>
        </w:tc>
        <w:tc>
          <w:tcPr>
            <w:tcW w:w="1050" w:type="dxa"/>
            <w:tcMar/>
          </w:tcPr>
          <w:p w:rsidR="3A718BC1" w:rsidP="3A718BC1" w:rsidRDefault="3A718BC1" w14:paraId="5297E65B" w14:textId="646E1A06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1</w:t>
            </w:r>
          </w:p>
        </w:tc>
        <w:tc>
          <w:tcPr>
            <w:tcW w:w="1500" w:type="dxa"/>
            <w:tcMar/>
          </w:tcPr>
          <w:p w:rsidR="3A718BC1" w:rsidP="3A718BC1" w:rsidRDefault="3A718BC1" w14:paraId="7E81B322" w14:textId="14B6F90E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Accesso principale da parcheggio S03</w:t>
            </w:r>
          </w:p>
        </w:tc>
        <w:tc>
          <w:tcPr>
            <w:tcW w:w="1725" w:type="dxa"/>
            <w:tcMar/>
          </w:tcPr>
          <w:p w:rsidR="3A718BC1" w:rsidP="3A718BC1" w:rsidRDefault="3A718BC1" w14:paraId="6794ACC2" w14:textId="59E65618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Nuova installazione</w:t>
            </w:r>
          </w:p>
        </w:tc>
        <w:tc>
          <w:tcPr>
            <w:tcW w:w="1575" w:type="dxa"/>
            <w:tcMar/>
          </w:tcPr>
          <w:p w:rsidR="3A718BC1" w:rsidP="3A718BC1" w:rsidRDefault="3A718BC1" w14:paraId="4B8EA4F4" w14:textId="0E7D0263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Lettura automatica targhe in ingresso</w:t>
            </w:r>
          </w:p>
        </w:tc>
        <w:tc>
          <w:tcPr>
            <w:tcW w:w="1260" w:type="dxa"/>
            <w:tcMar/>
          </w:tcPr>
          <w:p w:rsidR="3A718BC1" w:rsidP="3A718BC1" w:rsidRDefault="3A718BC1" w14:paraId="4D144F46" w14:textId="0B5787EA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Scheda tecnica varco OCR V01</w:t>
            </w:r>
          </w:p>
        </w:tc>
      </w:tr>
      <w:tr w:rsidR="3A718BC1" w:rsidTr="3A718BC1" w14:paraId="2B4DEF4D">
        <w:tc>
          <w:tcPr>
            <w:tcW w:w="1425" w:type="dxa"/>
            <w:tcMar/>
          </w:tcPr>
          <w:p w:rsidR="3A718BC1" w:rsidP="3A718BC1" w:rsidRDefault="3A718BC1" w14:paraId="236C8A36" w14:textId="227E035D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CR01</w:t>
            </w:r>
          </w:p>
        </w:tc>
        <w:tc>
          <w:tcPr>
            <w:tcW w:w="1425" w:type="dxa"/>
            <w:tcMar/>
          </w:tcPr>
          <w:p w:rsidR="3A718BC1" w:rsidP="3A718BC1" w:rsidRDefault="3A718BC1" w14:paraId="21423C3D" w14:textId="54F0AD7E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Postazione control room</w:t>
            </w:r>
          </w:p>
        </w:tc>
        <w:tc>
          <w:tcPr>
            <w:tcW w:w="1050" w:type="dxa"/>
            <w:tcMar/>
          </w:tcPr>
          <w:p w:rsidR="3A718BC1" w:rsidP="3A718BC1" w:rsidRDefault="3A718BC1" w14:paraId="1136BD29" w14:textId="7B00D925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1</w:t>
            </w:r>
          </w:p>
        </w:tc>
        <w:tc>
          <w:tcPr>
            <w:tcW w:w="1500" w:type="dxa"/>
            <w:tcMar/>
          </w:tcPr>
          <w:p w:rsidR="3A718BC1" w:rsidP="3A718BC1" w:rsidRDefault="3A718BC1" w14:paraId="5365E84F" w14:textId="6AD9839E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Comando Polizia locale</w:t>
            </w:r>
          </w:p>
        </w:tc>
        <w:tc>
          <w:tcPr>
            <w:tcW w:w="1725" w:type="dxa"/>
            <w:tcMar/>
          </w:tcPr>
          <w:p w:rsidR="3A718BC1" w:rsidP="3A718BC1" w:rsidRDefault="3A718BC1" w14:paraId="4FDF3D11" w14:textId="355D20AE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Adeguamento</w:t>
            </w:r>
          </w:p>
        </w:tc>
        <w:tc>
          <w:tcPr>
            <w:tcW w:w="1575" w:type="dxa"/>
            <w:tcMar/>
          </w:tcPr>
          <w:p w:rsidR="3A718BC1" w:rsidP="3A718BC1" w:rsidRDefault="3A718BC1" w14:paraId="59F2B915" w14:textId="5DAF2473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Visualizzazione e gestione centralizzata dei flussi</w:t>
            </w:r>
          </w:p>
        </w:tc>
        <w:tc>
          <w:tcPr>
            <w:tcW w:w="1260" w:type="dxa"/>
            <w:tcMar/>
          </w:tcPr>
          <w:p w:rsidR="3A718BC1" w:rsidP="3A718BC1" w:rsidRDefault="3A718BC1" w14:paraId="763FDF55" w14:textId="4EF8C72C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Scheda tecnica postazione CR01</w:t>
            </w:r>
          </w:p>
        </w:tc>
      </w:tr>
      <w:tr w:rsidR="3A718BC1" w:rsidTr="3A718BC1" w14:paraId="7DD80149">
        <w:tc>
          <w:tcPr>
            <w:tcW w:w="1425" w:type="dxa"/>
            <w:tcMar/>
          </w:tcPr>
          <w:p w:rsidR="3A718BC1" w:rsidP="3A718BC1" w:rsidRDefault="3A718BC1" w14:paraId="0E342708" w14:textId="6918A775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425" w:type="dxa"/>
            <w:tcMar/>
          </w:tcPr>
          <w:p w:rsidR="3A718BC1" w:rsidP="3A718BC1" w:rsidRDefault="3A718BC1" w14:paraId="3D159FAE" w14:textId="157D2D38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050" w:type="dxa"/>
            <w:tcMar/>
          </w:tcPr>
          <w:p w:rsidR="3A718BC1" w:rsidP="3A718BC1" w:rsidRDefault="3A718BC1" w14:paraId="4D9A2D5A" w14:textId="7C102FF4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500" w:type="dxa"/>
            <w:tcMar/>
          </w:tcPr>
          <w:p w:rsidR="3A718BC1" w:rsidP="3A718BC1" w:rsidRDefault="3A718BC1" w14:paraId="094F70E2" w14:textId="033FCF24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725" w:type="dxa"/>
            <w:tcMar/>
          </w:tcPr>
          <w:p w:rsidR="3A718BC1" w:rsidP="3A718BC1" w:rsidRDefault="3A718BC1" w14:paraId="0AF3E243" w14:textId="78442D6F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575" w:type="dxa"/>
            <w:tcMar/>
          </w:tcPr>
          <w:p w:rsidR="3A718BC1" w:rsidP="3A718BC1" w:rsidRDefault="3A718BC1" w14:paraId="4E65ADE7" w14:textId="1D7C95F4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260" w:type="dxa"/>
            <w:tcMar/>
          </w:tcPr>
          <w:p w:rsidR="3A718BC1" w:rsidP="3A718BC1" w:rsidRDefault="3A718BC1" w14:paraId="53C3AAB1" w14:textId="3452ACE7">
            <w:pPr>
              <w:pStyle w:val="Normal"/>
            </w:pPr>
            <w:r w:rsidR="3A718BC1">
              <w:rPr/>
              <w:t xml:space="preserve"> </w:t>
            </w:r>
          </w:p>
        </w:tc>
      </w:tr>
      <w:tr w:rsidR="3A718BC1" w:rsidTr="3A718BC1" w14:paraId="75198521">
        <w:tc>
          <w:tcPr>
            <w:tcW w:w="1425" w:type="dxa"/>
            <w:tcMar/>
          </w:tcPr>
          <w:p w:rsidR="3A718BC1" w:rsidP="3A718BC1" w:rsidRDefault="3A718BC1" w14:paraId="374CDC03" w14:textId="723EBAC4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425" w:type="dxa"/>
            <w:tcMar/>
          </w:tcPr>
          <w:p w:rsidR="3A718BC1" w:rsidP="3A718BC1" w:rsidRDefault="3A718BC1" w14:paraId="3A4CEA5E" w14:textId="6A50960A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050" w:type="dxa"/>
            <w:tcMar/>
          </w:tcPr>
          <w:p w:rsidR="3A718BC1" w:rsidP="3A718BC1" w:rsidRDefault="3A718BC1" w14:paraId="21043FFA" w14:textId="2FB35224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500" w:type="dxa"/>
            <w:tcMar/>
          </w:tcPr>
          <w:p w:rsidR="3A718BC1" w:rsidP="3A718BC1" w:rsidRDefault="3A718BC1" w14:paraId="11BFB93C" w14:textId="73A705AB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725" w:type="dxa"/>
            <w:tcMar/>
          </w:tcPr>
          <w:p w:rsidR="3A718BC1" w:rsidP="3A718BC1" w:rsidRDefault="3A718BC1" w14:paraId="6BE4178C" w14:textId="4A6546B7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575" w:type="dxa"/>
            <w:tcMar/>
          </w:tcPr>
          <w:p w:rsidR="3A718BC1" w:rsidP="3A718BC1" w:rsidRDefault="3A718BC1" w14:paraId="233E6D97" w14:textId="4495503A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260" w:type="dxa"/>
            <w:tcMar/>
          </w:tcPr>
          <w:p w:rsidR="3A718BC1" w:rsidP="3A718BC1" w:rsidRDefault="3A718BC1" w14:paraId="5CEF9C00" w14:textId="1570004C">
            <w:pPr>
              <w:pStyle w:val="Normal"/>
            </w:pPr>
            <w:r w:rsidR="3A718BC1">
              <w:rPr/>
              <w:t xml:space="preserve"> </w:t>
            </w:r>
          </w:p>
        </w:tc>
      </w:tr>
      <w:tr w:rsidR="3A718BC1" w:rsidTr="3A718BC1" w14:paraId="06FE3FB2">
        <w:tc>
          <w:tcPr>
            <w:tcW w:w="1425" w:type="dxa"/>
            <w:tcMar/>
          </w:tcPr>
          <w:p w:rsidR="3A718BC1" w:rsidP="3A718BC1" w:rsidRDefault="3A718BC1" w14:paraId="38947948" w14:textId="4D0CFC03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425" w:type="dxa"/>
            <w:tcMar/>
          </w:tcPr>
          <w:p w:rsidR="3A718BC1" w:rsidP="3A718BC1" w:rsidRDefault="3A718BC1" w14:paraId="3879D3BC" w14:textId="6CEF2945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050" w:type="dxa"/>
            <w:tcMar/>
          </w:tcPr>
          <w:p w:rsidR="3A718BC1" w:rsidP="3A718BC1" w:rsidRDefault="3A718BC1" w14:paraId="16120472" w14:textId="0DFC4883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500" w:type="dxa"/>
            <w:tcMar/>
          </w:tcPr>
          <w:p w:rsidR="3A718BC1" w:rsidP="3A718BC1" w:rsidRDefault="3A718BC1" w14:paraId="333B7901" w14:textId="67817C98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725" w:type="dxa"/>
            <w:tcMar/>
          </w:tcPr>
          <w:p w:rsidR="3A718BC1" w:rsidP="3A718BC1" w:rsidRDefault="3A718BC1" w14:paraId="34C7E452" w14:textId="793ECA1B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575" w:type="dxa"/>
            <w:tcMar/>
          </w:tcPr>
          <w:p w:rsidR="3A718BC1" w:rsidP="3A718BC1" w:rsidRDefault="3A718BC1" w14:paraId="1FE8B67C" w14:textId="18666527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260" w:type="dxa"/>
            <w:tcMar/>
          </w:tcPr>
          <w:p w:rsidR="3A718BC1" w:rsidP="3A718BC1" w:rsidRDefault="3A718BC1" w14:paraId="0A579B9A" w14:textId="0761E8B3">
            <w:pPr>
              <w:pStyle w:val="Normal"/>
            </w:pPr>
            <w:r w:rsidR="3A718BC1">
              <w:rPr/>
              <w:t xml:space="preserve"> </w:t>
            </w:r>
          </w:p>
        </w:tc>
      </w:tr>
      <w:tr w:rsidR="3A718BC1" w:rsidTr="3A718BC1" w14:paraId="3B937ECE">
        <w:tc>
          <w:tcPr>
            <w:tcW w:w="1425" w:type="dxa"/>
            <w:tcMar/>
          </w:tcPr>
          <w:p w:rsidR="3A718BC1" w:rsidP="3A718BC1" w:rsidRDefault="3A718BC1" w14:paraId="29EE42D1" w14:textId="7CB6EC52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425" w:type="dxa"/>
            <w:tcMar/>
          </w:tcPr>
          <w:p w:rsidR="3A718BC1" w:rsidP="3A718BC1" w:rsidRDefault="3A718BC1" w14:paraId="6C703E47" w14:textId="254D231F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050" w:type="dxa"/>
            <w:tcMar/>
          </w:tcPr>
          <w:p w:rsidR="3A718BC1" w:rsidP="3A718BC1" w:rsidRDefault="3A718BC1" w14:paraId="7C8CF4EE" w14:textId="4B1B3AD1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500" w:type="dxa"/>
            <w:tcMar/>
          </w:tcPr>
          <w:p w:rsidR="3A718BC1" w:rsidP="3A718BC1" w:rsidRDefault="3A718BC1" w14:paraId="457CDB0F" w14:textId="12BFD263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725" w:type="dxa"/>
            <w:tcMar/>
          </w:tcPr>
          <w:p w:rsidR="3A718BC1" w:rsidP="3A718BC1" w:rsidRDefault="3A718BC1" w14:paraId="45F07478" w14:textId="6D740877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575" w:type="dxa"/>
            <w:tcMar/>
          </w:tcPr>
          <w:p w:rsidR="3A718BC1" w:rsidP="3A718BC1" w:rsidRDefault="3A718BC1" w14:paraId="6B71E544" w14:textId="3971A164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260" w:type="dxa"/>
            <w:tcMar/>
          </w:tcPr>
          <w:p w:rsidR="3A718BC1" w:rsidP="3A718BC1" w:rsidRDefault="3A718BC1" w14:paraId="783F8E37" w14:textId="7D047B34">
            <w:pPr>
              <w:pStyle w:val="Normal"/>
            </w:pPr>
            <w:r w:rsidR="3A718BC1">
              <w:rPr/>
              <w:t xml:space="preserve"> </w:t>
            </w:r>
          </w:p>
        </w:tc>
      </w:tr>
      <w:tr w:rsidR="3A718BC1" w:rsidTr="3A718BC1" w14:paraId="71E6129F">
        <w:tc>
          <w:tcPr>
            <w:tcW w:w="1425" w:type="dxa"/>
            <w:tcMar/>
          </w:tcPr>
          <w:p w:rsidR="3A718BC1" w:rsidP="3A718BC1" w:rsidRDefault="3A718BC1" w14:paraId="2133DCAD" w14:textId="49EDBB2A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425" w:type="dxa"/>
            <w:tcMar/>
          </w:tcPr>
          <w:p w:rsidR="3A718BC1" w:rsidP="3A718BC1" w:rsidRDefault="3A718BC1" w14:paraId="7EE71D63" w14:textId="21DCDB45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050" w:type="dxa"/>
            <w:tcMar/>
          </w:tcPr>
          <w:p w:rsidR="3A718BC1" w:rsidP="3A718BC1" w:rsidRDefault="3A718BC1" w14:paraId="2CF29EED" w14:textId="70D5F3D1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500" w:type="dxa"/>
            <w:tcMar/>
          </w:tcPr>
          <w:p w:rsidR="3A718BC1" w:rsidP="3A718BC1" w:rsidRDefault="3A718BC1" w14:paraId="4D631DFB" w14:textId="6768FA47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725" w:type="dxa"/>
            <w:tcMar/>
          </w:tcPr>
          <w:p w:rsidR="3A718BC1" w:rsidP="3A718BC1" w:rsidRDefault="3A718BC1" w14:paraId="1B8A4880" w14:textId="5793C7DA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575" w:type="dxa"/>
            <w:tcMar/>
          </w:tcPr>
          <w:p w:rsidR="3A718BC1" w:rsidP="3A718BC1" w:rsidRDefault="3A718BC1" w14:paraId="7C15F18C" w14:textId="2FAA05EB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1260" w:type="dxa"/>
            <w:tcMar/>
          </w:tcPr>
          <w:p w:rsidR="3A718BC1" w:rsidP="3A718BC1" w:rsidRDefault="3A718BC1" w14:paraId="6DA7EBB3" w14:textId="2B2D78D2">
            <w:pPr>
              <w:pStyle w:val="Normal"/>
            </w:pPr>
            <w:r w:rsidR="3A718BC1">
              <w:rPr/>
              <w:t xml:space="preserve"> </w:t>
            </w:r>
          </w:p>
        </w:tc>
      </w:tr>
    </w:tbl>
    <w:p w:rsidR="662AF2F9" w:rsidP="3A718BC1" w:rsidRDefault="662AF2F9" w14:paraId="38F2A76B" w14:textId="43196AEA">
      <w:pPr>
        <w:pStyle w:val="Heading2"/>
        <w:rPr>
          <w:b w:val="0"/>
          <w:bCs w:val="0"/>
        </w:rPr>
      </w:pPr>
      <w:r w:rsidR="662AF2F9">
        <w:rPr>
          <w:b w:val="0"/>
          <w:bCs w:val="0"/>
        </w:rPr>
        <w:t>Gli apparati vanno riportati graficamente nella planimetria dei siti da allegare</w:t>
      </w:r>
    </w:p>
    <w:p xmlns:wp14="http://schemas.microsoft.com/office/word/2010/wordml" w14:paraId="75421127" wp14:textId="77777777">
      <w:pPr>
        <w:pStyle w:val="Heading2"/>
      </w:pPr>
      <w:r w:rsidR="1C025541">
        <w:rPr/>
        <w:t>4.3 Miglioramento rispetto allo stato attuale</w:t>
      </w:r>
    </w:p>
    <w:p w:rsidR="5F7E6AFD" w:rsidP="5F7E6AFD" w:rsidRDefault="5F7E6AFD" w14:paraId="3962F18D" w14:textId="5C2E7739">
      <w:pPr>
        <w:pStyle w:val="Istruzioni"/>
      </w:pPr>
      <w:r w:rsidRPr="3A718BC1" w:rsidR="2E1F7900">
        <w:rPr>
          <w:b w:val="1"/>
          <w:bCs w:val="1"/>
        </w:rPr>
        <w:t>Come compilare:</w:t>
      </w:r>
    </w:p>
    <w:p w:rsidR="5F7E6AFD" w:rsidP="3A718BC1" w:rsidRDefault="5F7E6AFD" w14:paraId="3663962F" w14:textId="497922F8">
      <w:pPr>
        <w:pStyle w:val="Istruzioni"/>
        <w:rPr>
          <w:b w:val="0"/>
          <w:bCs w:val="0"/>
          <w:lang w:val="it-IT"/>
        </w:rPr>
      </w:pPr>
      <w:r w:rsidRPr="3A718BC1" w:rsidR="5044C2E0">
        <w:rPr>
          <w:b w:val="0"/>
          <w:bCs w:val="0"/>
          <w:lang w:val="it-IT"/>
        </w:rPr>
        <w:t>Utilizzare i codici riportati nella tabella 4.2.</w:t>
      </w:r>
    </w:p>
    <w:p w:rsidR="5F7E6AFD" w:rsidP="5F7E6AFD" w:rsidRDefault="5F7E6AFD" w14:paraId="52C5A7A4" w14:textId="2619858C">
      <w:pPr>
        <w:pStyle w:val="Istruzioni"/>
      </w:pPr>
      <w:r w:rsidRPr="3A718BC1" w:rsidR="2E1F7900">
        <w:rPr>
          <w:lang w:val="it-IT"/>
        </w:rPr>
        <w:t>Indicare quali nuove funzionalità o capacità saranno ottenute. Per ogni miglioramento spiegare il risultato concreto e verificabile. Non limitarsi alla descrizione dei prodotti acquistati. I dati riportati in corsivo grigio nella tabella sono esempi e devono essere sostituiti dall’ente compilatore.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0"/>
        <w:gridCol w:w="2490"/>
        <w:gridCol w:w="2490"/>
        <w:gridCol w:w="2490"/>
      </w:tblGrid>
      <w:tr w:rsidR="3A718BC1" w:rsidTr="3A718BC1" w14:paraId="435767EB">
        <w:tc>
          <w:tcPr>
            <w:tcW w:w="2490" w:type="dxa"/>
            <w:shd w:val="clear" w:color="auto" w:fill="D9E2F3"/>
            <w:tcMar/>
          </w:tcPr>
          <w:p w:rsidR="3A718BC1" w:rsidP="3A718BC1" w:rsidRDefault="3A718BC1" w14:paraId="271F9D27" w14:textId="6FF147FC">
            <w:pPr>
              <w:pStyle w:val="Normal"/>
              <w:jc w:val="center"/>
            </w:pPr>
            <w:r w:rsidRPr="3A718BC1" w:rsidR="3A718BC1">
              <w:rPr>
                <w:b w:val="1"/>
                <w:bCs w:val="1"/>
              </w:rPr>
              <w:t>Miglioramento previsto</w:t>
            </w:r>
          </w:p>
        </w:tc>
        <w:tc>
          <w:tcPr>
            <w:tcW w:w="2490" w:type="dxa"/>
            <w:shd w:val="clear" w:color="auto" w:fill="D9E2F3"/>
            <w:tcMar/>
          </w:tcPr>
          <w:p w:rsidR="3A718BC1" w:rsidP="3A718BC1" w:rsidRDefault="3A718BC1" w14:paraId="5567F61A" w14:textId="632B3E22">
            <w:pPr>
              <w:pStyle w:val="Normal"/>
              <w:jc w:val="center"/>
            </w:pPr>
            <w:r w:rsidRPr="3A718BC1" w:rsidR="3A718BC1">
              <w:rPr>
                <w:b w:val="1"/>
                <w:bCs w:val="1"/>
              </w:rPr>
              <w:t>Situazione attuale</w:t>
            </w:r>
          </w:p>
        </w:tc>
        <w:tc>
          <w:tcPr>
            <w:tcW w:w="2490" w:type="dxa"/>
            <w:shd w:val="clear" w:color="auto" w:fill="D9E2F3"/>
            <w:tcMar/>
          </w:tcPr>
          <w:p w:rsidR="3A718BC1" w:rsidP="3A718BC1" w:rsidRDefault="3A718BC1" w14:paraId="405FE69D" w14:textId="4A508FF5">
            <w:pPr>
              <w:pStyle w:val="Normal"/>
              <w:jc w:val="center"/>
            </w:pPr>
            <w:r w:rsidRPr="3A718BC1" w:rsidR="3A718BC1">
              <w:rPr>
                <w:b w:val="1"/>
                <w:bCs w:val="1"/>
              </w:rPr>
              <w:t>Risultato atteso</w:t>
            </w:r>
          </w:p>
        </w:tc>
        <w:tc>
          <w:tcPr>
            <w:tcW w:w="2490" w:type="dxa"/>
            <w:shd w:val="clear" w:color="auto" w:fill="D9E2F3"/>
            <w:tcMar/>
          </w:tcPr>
          <w:p w:rsidR="3A718BC1" w:rsidP="3A718BC1" w:rsidRDefault="3A718BC1" w14:paraId="172E2234" w14:textId="423F522C">
            <w:pPr>
              <w:pStyle w:val="Normal"/>
              <w:jc w:val="center"/>
            </w:pPr>
            <w:r w:rsidRPr="3A718BC1" w:rsidR="3A718BC1">
              <w:rPr>
                <w:b w:val="1"/>
                <w:bCs w:val="1"/>
              </w:rPr>
              <w:t>Apparati interessati</w:t>
            </w:r>
          </w:p>
        </w:tc>
      </w:tr>
      <w:tr w:rsidR="3A718BC1" w:rsidTr="3A718BC1" w14:paraId="4E63EE8A">
        <w:tc>
          <w:tcPr>
            <w:tcW w:w="2490" w:type="dxa"/>
            <w:tcMar/>
          </w:tcPr>
          <w:p w:rsidR="3A718BC1" w:rsidP="3A718BC1" w:rsidRDefault="3A718BC1" w14:paraId="49466B8E" w14:textId="1B64FEF2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Lettura automatica targhe</w:t>
            </w:r>
          </w:p>
        </w:tc>
        <w:tc>
          <w:tcPr>
            <w:tcW w:w="2490" w:type="dxa"/>
            <w:tcMar/>
          </w:tcPr>
          <w:p w:rsidR="3A718BC1" w:rsidP="3A718BC1" w:rsidRDefault="3A718BC1" w14:paraId="796163D4" w14:textId="58CE619A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Assenza di OCR sugli accessi principali</w:t>
            </w:r>
          </w:p>
        </w:tc>
        <w:tc>
          <w:tcPr>
            <w:tcW w:w="2490" w:type="dxa"/>
            <w:tcMar/>
          </w:tcPr>
          <w:p w:rsidR="3A718BC1" w:rsidP="3A718BC1" w:rsidRDefault="3A718BC1" w14:paraId="64FC90F7" w14:textId="59262344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Consultazione centralizzata dei dati rilevati</w:t>
            </w:r>
          </w:p>
        </w:tc>
        <w:tc>
          <w:tcPr>
            <w:tcW w:w="2490" w:type="dxa"/>
            <w:tcMar/>
          </w:tcPr>
          <w:p w:rsidR="3A718BC1" w:rsidP="3A718BC1" w:rsidRDefault="3A718BC1" w14:paraId="67EC39ED" w14:textId="6CDB45A6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V01</w:t>
            </w:r>
          </w:p>
        </w:tc>
      </w:tr>
      <w:tr w:rsidR="3A718BC1" w:rsidTr="3A718BC1" w14:paraId="51008FC3">
        <w:tc>
          <w:tcPr>
            <w:tcW w:w="2490" w:type="dxa"/>
            <w:tcMar/>
          </w:tcPr>
          <w:p w:rsidR="3A718BC1" w:rsidP="3A718BC1" w:rsidRDefault="3A718BC1" w14:paraId="74472B08" w14:textId="0B06182E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Copertura video degli accessi pedonali</w:t>
            </w:r>
          </w:p>
        </w:tc>
        <w:tc>
          <w:tcPr>
            <w:tcW w:w="2490" w:type="dxa"/>
            <w:tcMar/>
          </w:tcPr>
          <w:p w:rsidR="3A718BC1" w:rsidP="3A718BC1" w:rsidRDefault="3A718BC1" w14:paraId="228F45CC" w14:textId="069D2E19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Presidio discontinuo nelle aree di ingresso al centro storico</w:t>
            </w:r>
          </w:p>
        </w:tc>
        <w:tc>
          <w:tcPr>
            <w:tcW w:w="2490" w:type="dxa"/>
            <w:tcMar/>
          </w:tcPr>
          <w:p w:rsidR="3A718BC1" w:rsidP="3A718BC1" w:rsidRDefault="3A718BC1" w14:paraId="7A4E0145" w14:textId="66D7C2D9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Monitoraggio continuativo dei principali punti di accesso e transito</w:t>
            </w:r>
          </w:p>
        </w:tc>
        <w:tc>
          <w:tcPr>
            <w:tcW w:w="2490" w:type="dxa"/>
            <w:tcMar/>
          </w:tcPr>
          <w:p w:rsidR="3A718BC1" w:rsidP="3A718BC1" w:rsidRDefault="3A718BC1" w14:paraId="1BA250D0" w14:textId="3FACAB04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T01-T04</w:t>
            </w:r>
          </w:p>
        </w:tc>
      </w:tr>
      <w:tr w:rsidR="3A718BC1" w:rsidTr="3A718BC1" w14:paraId="766F1AE2">
        <w:tc>
          <w:tcPr>
            <w:tcW w:w="2490" w:type="dxa"/>
            <w:tcMar/>
          </w:tcPr>
          <w:p w:rsidR="3A718BC1" w:rsidP="3A718BC1" w:rsidRDefault="3A718BC1" w14:paraId="3BF9ED3E" w14:textId="02312036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Gestione centralizzata dei flussi video</w:t>
            </w:r>
          </w:p>
        </w:tc>
        <w:tc>
          <w:tcPr>
            <w:tcW w:w="2490" w:type="dxa"/>
            <w:tcMar/>
          </w:tcPr>
          <w:p w:rsidR="3A718BC1" w:rsidP="3A718BC1" w:rsidRDefault="3A718BC1" w14:paraId="2323AF19" w14:textId="409B6D89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Visualizzazione non integrata delle immagini esistenti</w:t>
            </w:r>
          </w:p>
        </w:tc>
        <w:tc>
          <w:tcPr>
            <w:tcW w:w="2490" w:type="dxa"/>
            <w:tcMar/>
          </w:tcPr>
          <w:p w:rsidR="3A718BC1" w:rsidP="3A718BC1" w:rsidRDefault="3A718BC1" w14:paraId="118384EB" w14:textId="0D4854EE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Unico punto di monitoraggio presso il Comando di Polizia locale</w:t>
            </w:r>
          </w:p>
        </w:tc>
        <w:tc>
          <w:tcPr>
            <w:tcW w:w="2490" w:type="dxa"/>
            <w:tcMar/>
          </w:tcPr>
          <w:p w:rsidR="3A718BC1" w:rsidP="3A718BC1" w:rsidRDefault="3A718BC1" w14:paraId="3114AAAB" w14:textId="0EBEC3D3">
            <w:pPr>
              <w:pStyle w:val="Normal"/>
            </w:pPr>
            <w:r w:rsidRPr="3A718BC1" w:rsidR="3A718BC1">
              <w:rPr>
                <w:i w:val="1"/>
                <w:iCs w:val="1"/>
                <w:color w:val="666666"/>
              </w:rPr>
              <w:t>CR01, T01-T04, V01</w:t>
            </w:r>
          </w:p>
        </w:tc>
      </w:tr>
      <w:tr w:rsidR="3A718BC1" w:rsidTr="3A718BC1" w14:paraId="14B2E5DA">
        <w:tc>
          <w:tcPr>
            <w:tcW w:w="2490" w:type="dxa"/>
            <w:tcMar/>
          </w:tcPr>
          <w:p w:rsidR="3A718BC1" w:rsidP="3A718BC1" w:rsidRDefault="3A718BC1" w14:paraId="2BBE548D" w14:textId="03D40F93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2490" w:type="dxa"/>
            <w:tcMar/>
          </w:tcPr>
          <w:p w:rsidR="3A718BC1" w:rsidP="3A718BC1" w:rsidRDefault="3A718BC1" w14:paraId="199518CC" w14:textId="5CCB1A16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2490" w:type="dxa"/>
            <w:tcMar/>
          </w:tcPr>
          <w:p w:rsidR="3A718BC1" w:rsidP="3A718BC1" w:rsidRDefault="3A718BC1" w14:paraId="18C0E577" w14:textId="373F4C5D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2490" w:type="dxa"/>
            <w:tcMar/>
          </w:tcPr>
          <w:p w:rsidR="3A718BC1" w:rsidP="3A718BC1" w:rsidRDefault="3A718BC1" w14:paraId="51E91739" w14:textId="4938CDB2">
            <w:pPr>
              <w:pStyle w:val="Normal"/>
            </w:pPr>
            <w:r w:rsidR="3A718BC1">
              <w:rPr/>
              <w:t xml:space="preserve"> </w:t>
            </w:r>
          </w:p>
        </w:tc>
      </w:tr>
      <w:tr w:rsidR="3A718BC1" w:rsidTr="3A718BC1" w14:paraId="6A11197B">
        <w:tc>
          <w:tcPr>
            <w:tcW w:w="2490" w:type="dxa"/>
            <w:tcMar/>
          </w:tcPr>
          <w:p w:rsidR="3A718BC1" w:rsidP="3A718BC1" w:rsidRDefault="3A718BC1" w14:paraId="1CF1CD28" w14:textId="2E7B697A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2490" w:type="dxa"/>
            <w:tcMar/>
          </w:tcPr>
          <w:p w:rsidR="3A718BC1" w:rsidP="3A718BC1" w:rsidRDefault="3A718BC1" w14:paraId="25BA6EAA" w14:textId="37FA9969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2490" w:type="dxa"/>
            <w:tcMar/>
          </w:tcPr>
          <w:p w:rsidR="3A718BC1" w:rsidP="3A718BC1" w:rsidRDefault="3A718BC1" w14:paraId="2D9E77C9" w14:textId="3D384039">
            <w:pPr>
              <w:pStyle w:val="Normal"/>
            </w:pPr>
            <w:r w:rsidR="3A718BC1">
              <w:rPr/>
              <w:t xml:space="preserve"> </w:t>
            </w:r>
          </w:p>
        </w:tc>
        <w:tc>
          <w:tcPr>
            <w:tcW w:w="2490" w:type="dxa"/>
            <w:tcMar/>
          </w:tcPr>
          <w:p w:rsidR="3A718BC1" w:rsidP="3A718BC1" w:rsidRDefault="3A718BC1" w14:paraId="27AD10FD" w14:textId="0DEED778">
            <w:pPr>
              <w:pStyle w:val="Normal"/>
            </w:pPr>
            <w:r w:rsidR="3A718BC1">
              <w:rPr/>
              <w:t xml:space="preserve"> </w:t>
            </w:r>
          </w:p>
        </w:tc>
      </w:tr>
    </w:tbl>
    <w:p xmlns:wp14="http://schemas.microsoft.com/office/word/2010/wordml" w14:paraId="68F9CEE5" wp14:textId="77777777">
      <w:pPr>
        <w:pStyle w:val="Heading2"/>
      </w:pPr>
      <w:r w:rsidR="1C025541">
        <w:rPr/>
        <w:t>4.4 Connettività e gestione dei flussi</w:t>
      </w:r>
    </w:p>
    <w:p w:rsidR="5F7E6AFD" w:rsidP="5F7E6AFD" w:rsidRDefault="5F7E6AFD" w14:paraId="1B781A67" w14:textId="2094F06F">
      <w:pPr>
        <w:pStyle w:val="Istruzioni"/>
      </w:pPr>
      <w:r w:rsidRPr="5F7E6AFD" w:rsidR="5F7E6AFD">
        <w:rPr>
          <w:b w:val="1"/>
          <w:bCs w:val="1"/>
        </w:rPr>
        <w:t xml:space="preserve">Come compilare: </w:t>
      </w:r>
      <w:r w:rsidR="5F7E6AFD">
        <w:rPr/>
        <w:t>Indicare in modo semplice come gli apparati trasmettono i dati, dove arrivano i flussi, dove vengono registrati e quale struttura li gestisce. Se è utilizzata fibra ottica/BUL, precisare se è già disponibile, riutilizzata o da realizzare.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xmlns:wp14="http://schemas.microsoft.com/office/word/2010/wordml" w:rsidTr="5F7E6AFD" w14:paraId="68EF56A3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007F7517" wp14:textId="77777777">
            <w:r>
              <w:rPr>
                <w:b/>
              </w:rPr>
              <w:t>Tecnologia di collegamento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370D85AF" w14:textId="0C230347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fibra ottica esistente e collegamenti da realizzare nei nuovi punti di ripresa</w:t>
            </w:r>
          </w:p>
        </w:tc>
      </w:tr>
      <w:tr xmlns:wp14="http://schemas.microsoft.com/office/word/2010/wordml" w:rsidTr="5F7E6AFD" w14:paraId="2EE0074F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06EEAAB5" wp14:textId="77777777">
            <w:r>
              <w:rPr>
                <w:b/>
              </w:rPr>
              <w:t>Fibra ottica/BUL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3768B805" wp14:textId="77777777">
            <w:r>
              <w:t>☐ già disponibile   ☐ riutilizzata   ☐ da realizzare   ☐ non prevista</w:t>
            </w:r>
          </w:p>
        </w:tc>
      </w:tr>
      <w:tr xmlns:wp14="http://schemas.microsoft.com/office/word/2010/wordml" w:rsidTr="5F7E6AFD" w14:paraId="3E18FA62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15C620B1" wp14:textId="77777777">
            <w:r>
              <w:rPr>
                <w:b/>
              </w:rPr>
              <w:t>Destinazione dei flussi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5BCA87A1" w14:textId="448ECE9F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control room della Polizia locale</w:t>
            </w:r>
          </w:p>
        </w:tc>
      </w:tr>
      <w:tr xmlns:wp14="http://schemas.microsoft.com/office/word/2010/wordml" w:rsidTr="5F7E6AFD" w14:paraId="678229CF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5EEAF57F" wp14:textId="77777777">
            <w:r>
              <w:rPr>
                <w:b/>
              </w:rPr>
              <w:t>Sistema di registrazione/archiviazione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0235D789" w14:textId="6E2317B5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sistema comunale di registrazione video con tempi di conservazione definiti dall’ente</w:t>
            </w:r>
          </w:p>
        </w:tc>
      </w:tr>
      <w:tr xmlns:wp14="http://schemas.microsoft.com/office/word/2010/wordml" w:rsidTr="5F7E6AFD" w14:paraId="75C22633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041E6884" wp14:textId="77777777">
            <w:r>
              <w:rPr>
                <w:b/>
              </w:rPr>
              <w:t>Struttura che gestisce il sistema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55FA1CB7" w14:textId="7FC4CBD2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Comando di Polizia locale</w:t>
            </w:r>
          </w:p>
        </w:tc>
      </w:tr>
    </w:tbl>
    <w:p xmlns:wp14="http://schemas.microsoft.com/office/word/2010/wordml" w14:paraId="1CA7CCD8" wp14:textId="77777777">
      <w:pPr>
        <w:pStyle w:val="Heading1"/>
      </w:pPr>
      <w:r w:rsidR="1C025541">
        <w:rPr/>
        <w:t>5. ELEMENTI DI VALUTAZIONE DEL PROGETTO</w:t>
      </w:r>
    </w:p>
    <w:p w:rsidR="5F7E6AFD" w:rsidP="681A82EB" w:rsidRDefault="5F7E6AFD" w14:paraId="68DED691" w14:textId="251B7DBE">
      <w:pPr>
        <w:pStyle w:val="Istruzioni"/>
        <w:suppressLineNumbers w:val="0"/>
        <w:bidi w:val="0"/>
        <w:spacing w:before="0" w:beforeAutospacing="off" w:after="60" w:afterAutospacing="off" w:line="276" w:lineRule="auto"/>
        <w:ind w:left="0" w:right="0"/>
        <w:jc w:val="left"/>
      </w:pPr>
      <w:r w:rsidRPr="681A82EB" w:rsidR="57CB0E75">
        <w:rPr>
          <w:b w:val="1"/>
          <w:bCs w:val="1"/>
        </w:rPr>
        <w:t xml:space="preserve">Come compilare: </w:t>
      </w:r>
      <w:r w:rsidR="57CB0E75">
        <w:rPr/>
        <w:t xml:space="preserve">Per ogni voce selezionare Sì solo se l’elemento è effettivamente presente e documentato alla data prevista dal bando. </w:t>
      </w:r>
      <w:r w:rsidR="491F9DC0">
        <w:rPr/>
        <w:t>Riportare la</w:t>
      </w:r>
      <w:r w:rsidR="57CB0E75">
        <w:rPr/>
        <w:t xml:space="preserve"> descrizione sintetica e il documento probatorio. Le voci della stessa area sono alternative, salvo l’area 5, nella quale i punteggi sono cumulabili nei limiti previsti dal bando.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5"/>
        <w:gridCol w:w="3300"/>
        <w:gridCol w:w="810"/>
        <w:gridCol w:w="540"/>
        <w:gridCol w:w="600"/>
        <w:gridCol w:w="3825"/>
        <w:gridCol w:w="30"/>
      </w:tblGrid>
      <w:tr w:rsidR="79067C25" w:rsidTr="56A4170B" w14:paraId="0B01C236">
        <w:trPr>
          <w:wAfter w:w="30" w:type="dxa"/>
          <w:gridAfter w:val="1"/>
        </w:trPr>
        <w:tc>
          <w:tcPr>
            <w:tcW w:w="855" w:type="dxa"/>
            <w:shd w:val="clear" w:color="auto" w:fill="D9E2F3"/>
            <w:tcMar/>
          </w:tcPr>
          <w:p w:rsidR="79067C25" w:rsidP="79067C25" w:rsidRDefault="79067C25" w14:paraId="3D5F5357" w14:textId="066DC021">
            <w:pPr>
              <w:pStyle w:val="Normal"/>
            </w:pPr>
            <w:r w:rsidRPr="79067C25" w:rsidR="79067C25">
              <w:rPr>
                <w:b w:val="1"/>
                <w:bCs w:val="1"/>
              </w:rPr>
              <w:t>Codice</w:t>
            </w:r>
          </w:p>
        </w:tc>
        <w:tc>
          <w:tcPr>
            <w:tcW w:w="3300" w:type="dxa"/>
            <w:shd w:val="clear" w:color="auto" w:fill="D9E2F3"/>
            <w:tcMar/>
          </w:tcPr>
          <w:p w:rsidR="79067C25" w:rsidP="79067C25" w:rsidRDefault="79067C25" w14:paraId="2E825EAD" w14:textId="37E05E67">
            <w:pPr>
              <w:pStyle w:val="Normal"/>
            </w:pPr>
            <w:r w:rsidRPr="79067C25" w:rsidR="79067C25">
              <w:rPr>
                <w:b w:val="1"/>
                <w:bCs w:val="1"/>
              </w:rPr>
              <w:t>Elemento di valutazione</w:t>
            </w:r>
          </w:p>
        </w:tc>
        <w:tc>
          <w:tcPr>
            <w:tcW w:w="810" w:type="dxa"/>
            <w:shd w:val="clear" w:color="auto" w:fill="D9E2F3"/>
            <w:tcMar/>
          </w:tcPr>
          <w:p w:rsidR="79067C25" w:rsidP="79067C25" w:rsidRDefault="79067C25" w14:paraId="6300B519" w14:textId="6F95D44F">
            <w:pPr>
              <w:pStyle w:val="Normal"/>
            </w:pPr>
            <w:r w:rsidRPr="79067C25" w:rsidR="79067C25">
              <w:rPr>
                <w:b w:val="1"/>
                <w:bCs w:val="1"/>
              </w:rPr>
              <w:t>Punti</w:t>
            </w:r>
          </w:p>
        </w:tc>
        <w:tc>
          <w:tcPr>
            <w:tcW w:w="540" w:type="dxa"/>
            <w:shd w:val="clear" w:color="auto" w:fill="D9E2F3"/>
            <w:tcMar/>
          </w:tcPr>
          <w:p w:rsidR="79067C25" w:rsidP="79067C25" w:rsidRDefault="79067C25" w14:paraId="1CDC4FD6" w14:textId="45B7867E">
            <w:pPr>
              <w:pStyle w:val="Normal"/>
            </w:pPr>
            <w:r w:rsidRPr="79067C25" w:rsidR="79067C25">
              <w:rPr>
                <w:b w:val="1"/>
                <w:bCs w:val="1"/>
              </w:rPr>
              <w:t>Sì</w:t>
            </w:r>
          </w:p>
        </w:tc>
        <w:tc>
          <w:tcPr>
            <w:tcW w:w="600" w:type="dxa"/>
            <w:shd w:val="clear" w:color="auto" w:fill="D9E2F3"/>
            <w:tcMar/>
          </w:tcPr>
          <w:p w:rsidR="79067C25" w:rsidP="79067C25" w:rsidRDefault="79067C25" w14:paraId="51AD0817" w14:textId="70231DDE">
            <w:pPr>
              <w:pStyle w:val="Normal"/>
            </w:pPr>
            <w:r w:rsidRPr="79067C25" w:rsidR="79067C25">
              <w:rPr>
                <w:b w:val="1"/>
                <w:bCs w:val="1"/>
              </w:rPr>
              <w:t>No</w:t>
            </w:r>
          </w:p>
        </w:tc>
        <w:tc>
          <w:tcPr>
            <w:tcW w:w="3825" w:type="dxa"/>
            <w:shd w:val="clear" w:color="auto" w:fill="D9E2F3"/>
            <w:tcMar/>
          </w:tcPr>
          <w:p w:rsidR="79067C25" w:rsidP="79067C25" w:rsidRDefault="79067C25" w14:paraId="122F3507" w14:textId="3115C922">
            <w:pPr>
              <w:pStyle w:val="Normal"/>
            </w:pPr>
            <w:r w:rsidRPr="79067C25" w:rsidR="79067C25">
              <w:rPr>
                <w:b w:val="1"/>
                <w:bCs w:val="1"/>
              </w:rPr>
              <w:t>Documento probatorio</w:t>
            </w:r>
          </w:p>
        </w:tc>
      </w:tr>
      <w:tr w:rsidR="79067C25" w:rsidTr="56A4170B" w14:paraId="37737B5C">
        <w:trPr>
          <w:wAfter w:w="30" w:type="dxa"/>
          <w:gridAfter w:val="1"/>
        </w:trPr>
        <w:tc>
          <w:tcPr>
            <w:tcW w:w="855" w:type="dxa"/>
            <w:tcMar/>
          </w:tcPr>
          <w:p w:rsidR="79067C25" w:rsidP="79067C25" w:rsidRDefault="79067C25" w14:paraId="01A09F3B" w14:textId="20C8D437">
            <w:pPr>
              <w:pStyle w:val="Normal"/>
            </w:pPr>
            <w:r w:rsidR="79067C25">
              <w:rPr/>
              <w:t>1.1</w:t>
            </w:r>
          </w:p>
        </w:tc>
        <w:tc>
          <w:tcPr>
            <w:tcW w:w="3300" w:type="dxa"/>
            <w:tcMar/>
          </w:tcPr>
          <w:p w:rsidR="79067C25" w:rsidP="79067C25" w:rsidRDefault="79067C25" w14:paraId="3C761A91" w14:textId="7F30E40A">
            <w:pPr>
              <w:pStyle w:val="Normal"/>
            </w:pPr>
            <w:r w:rsidR="79067C25">
              <w:rPr/>
              <w:t>Progetto di fattibilità tecnico-economica</w:t>
            </w:r>
          </w:p>
        </w:tc>
        <w:tc>
          <w:tcPr>
            <w:tcW w:w="810" w:type="dxa"/>
            <w:tcMar/>
          </w:tcPr>
          <w:p w:rsidR="79067C25" w:rsidP="79067C25" w:rsidRDefault="79067C25" w14:paraId="7A2D6E88" w14:textId="06072E8D">
            <w:pPr>
              <w:pStyle w:val="Normal"/>
            </w:pPr>
            <w:r w:rsidR="79067C25">
              <w:rPr/>
              <w:t>1</w:t>
            </w:r>
          </w:p>
        </w:tc>
        <w:tc>
          <w:tcPr>
            <w:tcW w:w="540" w:type="dxa"/>
            <w:tcMar/>
          </w:tcPr>
          <w:p w:rsidR="79067C25" w:rsidP="79067C25" w:rsidRDefault="79067C25" w14:paraId="3F776A24" w14:textId="741F340E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600" w:type="dxa"/>
            <w:tcMar/>
          </w:tcPr>
          <w:p w:rsidR="79067C25" w:rsidP="79067C25" w:rsidRDefault="79067C25" w14:paraId="2AD7ABE7" w14:textId="3DD0DFC4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3825" w:type="dxa"/>
            <w:tcMar/>
          </w:tcPr>
          <w:p w:rsidR="5F7E6AFD" w:rsidP="5F7E6AFD" w:rsidRDefault="5F7E6AFD" w14:paraId="2B04F2E2" w14:textId="5CA71203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Delibera/Determina di approvazione PFTE n. ___ del __/__/____ e relativi elaborati.</w:t>
            </w:r>
          </w:p>
        </w:tc>
      </w:tr>
      <w:tr w:rsidR="79067C25" w:rsidTr="56A4170B" w14:paraId="176F7A59">
        <w:tc>
          <w:tcPr>
            <w:tcW w:w="9960" w:type="dxa"/>
            <w:gridSpan w:val="7"/>
            <w:shd w:val="clear" w:color="auto" w:fill="F2F2F2" w:themeFill="background1" w:themeFillShade="F2"/>
            <w:tcMar/>
          </w:tcPr>
          <w:p w:rsidR="79067C25" w:rsidP="681A82EB" w:rsidRDefault="79067C25" w14:paraId="57AC393D" w14:textId="119B63E6">
            <w:pPr>
              <w:pStyle w:val="Normal"/>
              <w:rPr>
                <w:b w:val="1"/>
                <w:bCs w:val="1"/>
              </w:rPr>
            </w:pPr>
            <w:r w:rsidRPr="681A82EB" w:rsidR="6B7A61DF">
              <w:rPr>
                <w:b w:val="1"/>
                <w:bCs w:val="1"/>
              </w:rPr>
              <w:t>Descrizione</w:t>
            </w:r>
            <w:r w:rsidRPr="681A82EB" w:rsidR="6B7A61DF">
              <w:rPr>
                <w:b w:val="1"/>
                <w:bCs w:val="1"/>
              </w:rPr>
              <w:t xml:space="preserve"> </w:t>
            </w:r>
            <w:r w:rsidRPr="681A82EB" w:rsidR="6B7A61DF">
              <w:rPr>
                <w:b w:val="1"/>
                <w:bCs w:val="1"/>
              </w:rPr>
              <w:t>sintetica</w:t>
            </w:r>
            <w:r w:rsidRPr="681A82EB" w:rsidR="528A6242">
              <w:rPr>
                <w:b w:val="1"/>
                <w:bCs w:val="1"/>
              </w:rPr>
              <w:t>:</w:t>
            </w:r>
          </w:p>
          <w:p w:rsidR="79067C25" w:rsidP="681A82EB" w:rsidRDefault="79067C25" w14:paraId="301C599A" w14:textId="41147FF0">
            <w:pPr>
              <w:pStyle w:val="ListParagraph"/>
              <w:ind w:left="720"/>
              <w:rPr>
                <w:color w:val="000000" w:themeColor="text1" w:themeTint="FF" w:themeShade="FF"/>
                <w:sz w:val="22"/>
                <w:szCs w:val="22"/>
              </w:rPr>
            </w:pPr>
            <w:r>
              <w:br/>
            </w:r>
            <w:r>
              <w:br/>
            </w:r>
            <w:r>
              <w:br/>
            </w:r>
          </w:p>
        </w:tc>
      </w:tr>
      <w:tr w:rsidR="79067C25" w:rsidTr="56A4170B" w14:paraId="627E2356">
        <w:trPr>
          <w:wAfter w:w="30" w:type="dxa"/>
          <w:gridAfter w:val="1"/>
        </w:trPr>
        <w:tc>
          <w:tcPr>
            <w:tcW w:w="855" w:type="dxa"/>
            <w:tcMar/>
          </w:tcPr>
          <w:p w:rsidR="79067C25" w:rsidP="79067C25" w:rsidRDefault="79067C25" w14:paraId="648428D6" w14:textId="4E25130F">
            <w:pPr>
              <w:pStyle w:val="Normal"/>
            </w:pPr>
            <w:r w:rsidR="79067C25">
              <w:rPr/>
              <w:t>1.2</w:t>
            </w:r>
          </w:p>
        </w:tc>
        <w:tc>
          <w:tcPr>
            <w:tcW w:w="3300" w:type="dxa"/>
            <w:tcMar/>
          </w:tcPr>
          <w:p w:rsidR="79067C25" w:rsidP="79067C25" w:rsidRDefault="79067C25" w14:paraId="02BF9816" w14:textId="38025E3C">
            <w:pPr>
              <w:pStyle w:val="Normal"/>
            </w:pPr>
            <w:r w:rsidR="79067C25">
              <w:rPr/>
              <w:t>Progetto esecutivo</w:t>
            </w:r>
          </w:p>
        </w:tc>
        <w:tc>
          <w:tcPr>
            <w:tcW w:w="810" w:type="dxa"/>
            <w:tcMar/>
          </w:tcPr>
          <w:p w:rsidR="79067C25" w:rsidP="79067C25" w:rsidRDefault="79067C25" w14:paraId="1A8962CF" w14:textId="7F2AB00D">
            <w:pPr>
              <w:pStyle w:val="Normal"/>
            </w:pPr>
            <w:r w:rsidR="79067C25">
              <w:rPr/>
              <w:t>4</w:t>
            </w:r>
          </w:p>
        </w:tc>
        <w:tc>
          <w:tcPr>
            <w:tcW w:w="540" w:type="dxa"/>
            <w:tcMar/>
          </w:tcPr>
          <w:p w:rsidR="79067C25" w:rsidP="79067C25" w:rsidRDefault="79067C25" w14:paraId="7C66C560" w14:textId="749067D6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600" w:type="dxa"/>
            <w:tcMar/>
          </w:tcPr>
          <w:p w:rsidR="79067C25" w:rsidP="79067C25" w:rsidRDefault="79067C25" w14:paraId="48BFC8BC" w14:textId="376D71A9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3825" w:type="dxa"/>
            <w:tcMar/>
          </w:tcPr>
          <w:p w:rsidR="5F7E6AFD" w:rsidP="5F7E6AFD" w:rsidRDefault="5F7E6AFD" w14:paraId="0335D3EE" w14:textId="048221EE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Progetto esecutivo approvato con atto n. ___ del __/__/____, relazione tecnica e quadro economico.</w:t>
            </w:r>
          </w:p>
        </w:tc>
      </w:tr>
      <w:tr w:rsidR="79067C25" w:rsidTr="56A4170B" w14:paraId="24FE3832">
        <w:tc>
          <w:tcPr>
            <w:tcW w:w="9960" w:type="dxa"/>
            <w:gridSpan w:val="7"/>
            <w:shd w:val="clear" w:color="auto" w:fill="F2F2F2" w:themeFill="background1" w:themeFillShade="F2"/>
            <w:tcMar/>
          </w:tcPr>
          <w:p w:rsidR="681A82EB" w:rsidP="681A82EB" w:rsidRDefault="681A82EB" w14:paraId="1746ADE9" w14:textId="0225DC44">
            <w:pPr>
              <w:pStyle w:val="Normal"/>
            </w:pPr>
            <w:r w:rsidRPr="681A82EB" w:rsidR="681A82EB">
              <w:rPr>
                <w:b w:val="1"/>
                <w:bCs w:val="1"/>
              </w:rPr>
              <w:t>Descrizione sintetica:</w:t>
            </w:r>
          </w:p>
          <w:p w:rsidR="681A82EB" w:rsidP="681A82EB" w:rsidRDefault="681A82EB" w14:paraId="02F50632" w14:textId="484D2C34">
            <w:pPr>
              <w:pStyle w:val="ListParagraph"/>
              <w:ind w:left="720"/>
            </w:pPr>
            <w:r>
              <w:br/>
            </w:r>
            <w:r>
              <w:br/>
            </w:r>
            <w:r>
              <w:br/>
            </w:r>
          </w:p>
        </w:tc>
      </w:tr>
      <w:tr w:rsidR="79067C25" w:rsidTr="56A4170B" w14:paraId="4089A89F">
        <w:trPr>
          <w:wAfter w:w="30" w:type="dxa"/>
          <w:gridAfter w:val="1"/>
        </w:trPr>
        <w:tc>
          <w:tcPr>
            <w:tcW w:w="855" w:type="dxa"/>
            <w:tcMar/>
          </w:tcPr>
          <w:p w:rsidR="79067C25" w:rsidP="79067C25" w:rsidRDefault="79067C25" w14:paraId="10D96A59" w14:textId="5BEE71DF">
            <w:pPr>
              <w:pStyle w:val="Normal"/>
            </w:pPr>
            <w:r w:rsidR="79067C25">
              <w:rPr/>
              <w:t>2.1</w:t>
            </w:r>
          </w:p>
        </w:tc>
        <w:tc>
          <w:tcPr>
            <w:tcW w:w="3300" w:type="dxa"/>
            <w:tcMar/>
          </w:tcPr>
          <w:p w:rsidR="79067C25" w:rsidP="79067C25" w:rsidRDefault="79067C25" w14:paraId="66B541E4" w14:textId="3DA7248A">
            <w:pPr>
              <w:pStyle w:val="Normal"/>
            </w:pPr>
            <w:r w:rsidR="79067C25">
              <w:rPr/>
              <w:t>Nuovo impianto realizzato mediante utilizzo di infrastruttura in fibra ottica a banda ultra larga</w:t>
            </w:r>
          </w:p>
        </w:tc>
        <w:tc>
          <w:tcPr>
            <w:tcW w:w="810" w:type="dxa"/>
            <w:tcMar/>
          </w:tcPr>
          <w:p w:rsidR="79067C25" w:rsidP="79067C25" w:rsidRDefault="79067C25" w14:paraId="48B2D1FB" w14:textId="13627161">
            <w:pPr>
              <w:pStyle w:val="Normal"/>
            </w:pPr>
            <w:r w:rsidR="79067C25">
              <w:rPr/>
              <w:t>2</w:t>
            </w:r>
          </w:p>
        </w:tc>
        <w:tc>
          <w:tcPr>
            <w:tcW w:w="540" w:type="dxa"/>
            <w:tcMar/>
          </w:tcPr>
          <w:p w:rsidR="79067C25" w:rsidP="79067C25" w:rsidRDefault="79067C25" w14:paraId="4C498A04" w14:textId="6979AB70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600" w:type="dxa"/>
            <w:tcMar/>
          </w:tcPr>
          <w:p w:rsidR="79067C25" w:rsidP="79067C25" w:rsidRDefault="79067C25" w14:paraId="1F3613FB" w14:textId="6DA952F6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3825" w:type="dxa"/>
            <w:tcMar/>
          </w:tcPr>
          <w:p w:rsidR="56A4170B" w:rsidP="56A4170B" w:rsidRDefault="56A4170B" w14:paraId="771C1361" w14:textId="33F88EBB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Esempio: Relazione tecnica di progetto, planimetria dei collegamenti e dichiarazione/attestazione tecnica sull’utilizzo di infrastruttura in fibra ottica/BUL.</w:t>
            </w:r>
          </w:p>
        </w:tc>
      </w:tr>
      <w:tr w:rsidR="79067C25" w:rsidTr="56A4170B" w14:paraId="13961A4F">
        <w:tc>
          <w:tcPr>
            <w:tcW w:w="9960" w:type="dxa"/>
            <w:gridSpan w:val="7"/>
            <w:shd w:val="clear" w:color="auto" w:fill="F2F2F2" w:themeFill="background1" w:themeFillShade="F2"/>
            <w:tcMar/>
          </w:tcPr>
          <w:p w:rsidR="681A82EB" w:rsidP="681A82EB" w:rsidRDefault="681A82EB" w14:paraId="5BDBEA12" w14:textId="4F93004D">
            <w:pPr>
              <w:pStyle w:val="Normal"/>
              <w:rPr>
                <w:b w:val="1"/>
                <w:bCs w:val="1"/>
              </w:rPr>
            </w:pPr>
            <w:r w:rsidRPr="681A82EB" w:rsidR="681A82EB">
              <w:rPr>
                <w:b w:val="1"/>
                <w:bCs w:val="1"/>
              </w:rPr>
              <w:t>Descrizione</w:t>
            </w:r>
            <w:r w:rsidRPr="681A82EB" w:rsidR="681A82EB">
              <w:rPr>
                <w:b w:val="1"/>
                <w:bCs w:val="1"/>
              </w:rPr>
              <w:t xml:space="preserve"> </w:t>
            </w:r>
            <w:r w:rsidRPr="681A82EB" w:rsidR="681A82EB">
              <w:rPr>
                <w:b w:val="1"/>
                <w:bCs w:val="1"/>
              </w:rPr>
              <w:t>sintetica</w:t>
            </w:r>
            <w:r w:rsidRPr="681A82EB" w:rsidR="681A82EB">
              <w:rPr>
                <w:b w:val="1"/>
                <w:bCs w:val="1"/>
              </w:rPr>
              <w:t>:</w:t>
            </w:r>
          </w:p>
          <w:p w:rsidR="681A82EB" w:rsidP="681A82EB" w:rsidRDefault="681A82EB" w14:paraId="6AA08E42" w14:textId="3195E0C3">
            <w:pPr>
              <w:pStyle w:val="ListParagraph"/>
              <w:numPr>
                <w:ilvl w:val="0"/>
                <w:numId w:val="13"/>
              </w:numPr>
              <w:rPr/>
            </w:pPr>
            <w:r w:rsidR="681A82EB">
              <w:rPr/>
              <w:t>Situazione</w:t>
            </w:r>
            <w:r w:rsidR="681A82EB">
              <w:rPr/>
              <w:t xml:space="preserve"> </w:t>
            </w:r>
            <w:r w:rsidR="681A82EB">
              <w:rPr/>
              <w:t>preesistente</w:t>
            </w:r>
            <w:r w:rsidR="681A82EB">
              <w:rPr/>
              <w:t>:</w:t>
            </w:r>
          </w:p>
          <w:p w:rsidR="681A82EB" w:rsidP="681A82EB" w:rsidRDefault="681A82EB" w14:paraId="6F7BC4CF" w14:textId="5C4B99D7">
            <w:pPr>
              <w:pStyle w:val="ListParagraph"/>
              <w:numPr>
                <w:ilvl w:val="0"/>
                <w:numId w:val="13"/>
              </w:numPr>
              <w:rPr/>
            </w:pPr>
            <w:r w:rsidR="681A82EB">
              <w:rPr/>
              <w:t>Innovazione</w:t>
            </w:r>
            <w:r w:rsidR="681A82EB">
              <w:rPr/>
              <w:t xml:space="preserve"> </w:t>
            </w:r>
            <w:r w:rsidR="681A82EB">
              <w:rPr/>
              <w:t>introdotta</w:t>
            </w:r>
            <w:r w:rsidR="681A82EB">
              <w:rPr/>
              <w:t xml:space="preserve"> dal progetto:</w:t>
            </w:r>
          </w:p>
          <w:p w:rsidR="681A82EB" w:rsidP="681A82EB" w:rsidRDefault="681A82EB" w14:paraId="2D22088C" w14:textId="11815D58">
            <w:pPr>
              <w:pStyle w:val="ListParagraph"/>
              <w:numPr>
                <w:ilvl w:val="0"/>
                <w:numId w:val="13"/>
              </w:numPr>
              <w:rPr/>
            </w:pPr>
            <w:r w:rsidR="681A82EB">
              <w:rPr/>
              <w:t xml:space="preserve">Risultato </w:t>
            </w:r>
            <w:r w:rsidR="681A82EB">
              <w:rPr/>
              <w:t>atteso</w:t>
            </w:r>
            <w:r w:rsidR="681A82EB">
              <w:rPr/>
              <w:t>:</w:t>
            </w:r>
          </w:p>
          <w:p w:rsidR="681A82EB" w:rsidP="681A82EB" w:rsidRDefault="681A82EB" w14:paraId="53C02642" w14:textId="7830A04D">
            <w:pPr>
              <w:pStyle w:val="ListParagraph"/>
              <w:numPr>
                <w:ilvl w:val="0"/>
                <w:numId w:val="13"/>
              </w:numPr>
              <w:rPr/>
            </w:pPr>
            <w:r w:rsidR="681A82EB">
              <w:rPr/>
              <w:t>Miglioramento:</w:t>
            </w:r>
            <w:r>
              <w:br/>
            </w:r>
            <w:r>
              <w:br/>
            </w:r>
            <w:r>
              <w:br/>
            </w:r>
          </w:p>
        </w:tc>
      </w:tr>
      <w:tr w:rsidR="79067C25" w:rsidTr="56A4170B" w14:paraId="3E28DB61">
        <w:trPr>
          <w:wAfter w:w="30" w:type="dxa"/>
          <w:gridAfter w:val="1"/>
        </w:trPr>
        <w:tc>
          <w:tcPr>
            <w:tcW w:w="855" w:type="dxa"/>
            <w:tcMar/>
          </w:tcPr>
          <w:p w:rsidR="79067C25" w:rsidP="79067C25" w:rsidRDefault="79067C25" w14:paraId="02621C98" w14:textId="00F47D83">
            <w:pPr>
              <w:pStyle w:val="Normal"/>
            </w:pPr>
            <w:r w:rsidR="79067C25">
              <w:rPr/>
              <w:t>2.2</w:t>
            </w:r>
          </w:p>
        </w:tc>
        <w:tc>
          <w:tcPr>
            <w:tcW w:w="3300" w:type="dxa"/>
            <w:tcMar/>
          </w:tcPr>
          <w:p w:rsidR="79067C25" w:rsidP="79067C25" w:rsidRDefault="79067C25" w14:paraId="3308395D" w14:textId="0CA54424">
            <w:pPr>
              <w:pStyle w:val="Normal"/>
            </w:pPr>
            <w:r w:rsidR="79067C25">
              <w:rPr/>
              <w:t>Ammodernamento e/o sostituzione infrastrutturale mediante riutilizzo di fibra ottica a banda ultra larga</w:t>
            </w:r>
          </w:p>
        </w:tc>
        <w:tc>
          <w:tcPr>
            <w:tcW w:w="810" w:type="dxa"/>
            <w:tcMar/>
          </w:tcPr>
          <w:p w:rsidR="79067C25" w:rsidP="79067C25" w:rsidRDefault="79067C25" w14:paraId="2A58110F" w14:textId="4F6C5988">
            <w:pPr>
              <w:pStyle w:val="Normal"/>
            </w:pPr>
            <w:r w:rsidR="79067C25">
              <w:rPr/>
              <w:t>2</w:t>
            </w:r>
          </w:p>
        </w:tc>
        <w:tc>
          <w:tcPr>
            <w:tcW w:w="540" w:type="dxa"/>
            <w:tcMar/>
          </w:tcPr>
          <w:p w:rsidR="79067C25" w:rsidP="79067C25" w:rsidRDefault="79067C25" w14:paraId="7D74B426" w14:textId="720218FE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600" w:type="dxa"/>
            <w:tcMar/>
          </w:tcPr>
          <w:p w:rsidR="79067C25" w:rsidP="79067C25" w:rsidRDefault="79067C25" w14:paraId="058DA4DA" w14:textId="136B1ECD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3825" w:type="dxa"/>
            <w:tcMar/>
          </w:tcPr>
          <w:p w:rsidR="56A4170B" w:rsidP="56A4170B" w:rsidRDefault="56A4170B" w14:paraId="0439B7D0" w14:textId="0C4DAB1D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Esempio: Relazione tecnica sull’impianto esistente, schema dei collegamenti riutilizzati e attestazione dell’ente o del gestore sull’infrastruttura in fibra ottica/BUL disponibile.</w:t>
            </w:r>
          </w:p>
        </w:tc>
      </w:tr>
      <w:tr w:rsidR="79067C25" w:rsidTr="56A4170B" w14:paraId="388B078F">
        <w:tc>
          <w:tcPr>
            <w:tcW w:w="9960" w:type="dxa"/>
            <w:gridSpan w:val="7"/>
            <w:shd w:val="clear" w:color="auto" w:fill="F2F2F2" w:themeFill="background1" w:themeFillShade="F2"/>
            <w:tcMar/>
          </w:tcPr>
          <w:p w:rsidR="681A82EB" w:rsidP="681A82EB" w:rsidRDefault="681A82EB" w14:paraId="2DDA1299" w14:textId="137D61F4">
            <w:pPr>
              <w:pStyle w:val="Normal"/>
            </w:pPr>
            <w:r w:rsidRPr="681A82EB" w:rsidR="681A82EB">
              <w:rPr>
                <w:b w:val="1"/>
                <w:bCs w:val="1"/>
              </w:rPr>
              <w:t>Descrizione sintetica:</w:t>
            </w:r>
          </w:p>
          <w:p w:rsidR="681A82EB" w:rsidP="681A82EB" w:rsidRDefault="681A82EB" w14:paraId="2175C29D" w14:textId="57F4B6E1">
            <w:pPr>
              <w:pStyle w:val="ListParagraph"/>
              <w:numPr>
                <w:ilvl w:val="0"/>
                <w:numId w:val="14"/>
              </w:numPr>
              <w:rPr/>
            </w:pPr>
            <w:r w:rsidR="681A82EB">
              <w:rPr/>
              <w:t>Situazione preesistente:</w:t>
            </w:r>
          </w:p>
          <w:p w:rsidR="681A82EB" w:rsidP="681A82EB" w:rsidRDefault="681A82EB" w14:paraId="169097AB" w14:textId="259FEAEE">
            <w:pPr>
              <w:pStyle w:val="ListParagraph"/>
              <w:numPr>
                <w:ilvl w:val="0"/>
                <w:numId w:val="14"/>
              </w:numPr>
              <w:rPr/>
            </w:pPr>
            <w:r w:rsidR="681A82EB">
              <w:rPr/>
              <w:t>Innovazione introdotta dal progetto:</w:t>
            </w:r>
          </w:p>
          <w:p w:rsidR="681A82EB" w:rsidP="681A82EB" w:rsidRDefault="681A82EB" w14:paraId="586FB4FB" w14:textId="6D0ABA34">
            <w:pPr>
              <w:pStyle w:val="ListParagraph"/>
              <w:numPr>
                <w:ilvl w:val="0"/>
                <w:numId w:val="14"/>
              </w:numPr>
              <w:rPr/>
            </w:pPr>
            <w:r w:rsidR="681A82EB">
              <w:rPr/>
              <w:t>Risultato atteso:</w:t>
            </w:r>
          </w:p>
          <w:p w:rsidR="681A82EB" w:rsidP="681A82EB" w:rsidRDefault="681A82EB" w14:paraId="6EE9CEB1" w14:textId="4770DB55">
            <w:pPr>
              <w:pStyle w:val="ListParagraph"/>
              <w:numPr>
                <w:ilvl w:val="0"/>
                <w:numId w:val="14"/>
              </w:numPr>
              <w:rPr/>
            </w:pPr>
            <w:r w:rsidR="681A82EB">
              <w:rPr/>
              <w:t>Miglioramento:</w:t>
            </w:r>
            <w:r>
              <w:br/>
            </w:r>
            <w:r>
              <w:br/>
            </w:r>
            <w:r>
              <w:br/>
            </w:r>
          </w:p>
        </w:tc>
      </w:tr>
      <w:tr w:rsidR="79067C25" w:rsidTr="56A4170B" w14:paraId="4C0EAAD2">
        <w:trPr>
          <w:wAfter w:w="30" w:type="dxa"/>
          <w:gridAfter w:val="1"/>
        </w:trPr>
        <w:tc>
          <w:tcPr>
            <w:tcW w:w="855" w:type="dxa"/>
            <w:tcMar/>
          </w:tcPr>
          <w:p w:rsidR="79067C25" w:rsidP="79067C25" w:rsidRDefault="79067C25" w14:paraId="5B8898E0" w14:textId="090EBD23">
            <w:pPr>
              <w:pStyle w:val="Normal"/>
            </w:pPr>
            <w:r w:rsidR="79067C25">
              <w:rPr/>
              <w:t>3.1</w:t>
            </w:r>
          </w:p>
        </w:tc>
        <w:tc>
          <w:tcPr>
            <w:tcW w:w="3300" w:type="dxa"/>
            <w:tcMar/>
          </w:tcPr>
          <w:p w:rsidR="79067C25" w:rsidP="79067C25" w:rsidRDefault="79067C25" w14:paraId="3D3ADF33" w14:textId="27C99FEF">
            <w:pPr>
              <w:pStyle w:val="Normal"/>
            </w:pPr>
            <w:r w:rsidR="79067C25">
              <w:rPr/>
              <w:t>Control room già attiva</w:t>
            </w:r>
          </w:p>
        </w:tc>
        <w:tc>
          <w:tcPr>
            <w:tcW w:w="810" w:type="dxa"/>
            <w:tcMar/>
          </w:tcPr>
          <w:p w:rsidR="79067C25" w:rsidP="79067C25" w:rsidRDefault="79067C25" w14:paraId="0065F993" w14:textId="5FF7C7CC">
            <w:pPr>
              <w:pStyle w:val="Normal"/>
            </w:pPr>
            <w:r w:rsidR="79067C25">
              <w:rPr/>
              <w:t>2</w:t>
            </w:r>
          </w:p>
        </w:tc>
        <w:tc>
          <w:tcPr>
            <w:tcW w:w="540" w:type="dxa"/>
            <w:tcMar/>
          </w:tcPr>
          <w:p w:rsidR="79067C25" w:rsidP="79067C25" w:rsidRDefault="79067C25" w14:paraId="16A39281" w14:textId="1CE300D2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600" w:type="dxa"/>
            <w:tcMar/>
          </w:tcPr>
          <w:p w:rsidR="79067C25" w:rsidP="79067C25" w:rsidRDefault="79067C25" w14:paraId="4592884D" w14:textId="33AD5365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3825" w:type="dxa"/>
            <w:tcMar/>
          </w:tcPr>
          <w:p w:rsidR="56A4170B" w:rsidP="56A4170B" w:rsidRDefault="56A4170B" w14:paraId="4CF2BD9F" w14:textId="77822958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Esempio: Atto, relazione tecnica o attestazione del Comando di Polizia locale che documenta l’esistenza e l’operatività della control room, con eventuale documentazione fotografica o schema funzionale.</w:t>
            </w:r>
          </w:p>
        </w:tc>
      </w:tr>
      <w:tr w:rsidR="79067C25" w:rsidTr="56A4170B" w14:paraId="1E319030">
        <w:tc>
          <w:tcPr>
            <w:tcW w:w="9960" w:type="dxa"/>
            <w:gridSpan w:val="7"/>
            <w:shd w:val="clear" w:color="auto" w:fill="F2F2F2" w:themeFill="background1" w:themeFillShade="F2"/>
            <w:tcMar/>
          </w:tcPr>
          <w:p w:rsidR="681A82EB" w:rsidP="681A82EB" w:rsidRDefault="681A82EB" w14:paraId="59F2475A" w14:textId="4D2037FB">
            <w:pPr>
              <w:pStyle w:val="Normal"/>
            </w:pPr>
            <w:r w:rsidRPr="681A82EB" w:rsidR="681A82EB">
              <w:rPr>
                <w:b w:val="1"/>
                <w:bCs w:val="1"/>
              </w:rPr>
              <w:t>Descrizione sintetica:</w:t>
            </w:r>
          </w:p>
          <w:p w:rsidR="681A82EB" w:rsidP="681A82EB" w:rsidRDefault="681A82EB" w14:paraId="702E7686" w14:textId="25D6C642">
            <w:pPr>
              <w:pStyle w:val="ListParagraph"/>
              <w:numPr>
                <w:ilvl w:val="0"/>
                <w:numId w:val="15"/>
              </w:numPr>
              <w:rPr/>
            </w:pPr>
            <w:r w:rsidR="681A82EB">
              <w:rPr/>
              <w:t>Situazione preesistente:</w:t>
            </w:r>
          </w:p>
          <w:p w:rsidR="681A82EB" w:rsidP="681A82EB" w:rsidRDefault="681A82EB" w14:paraId="7A3EC273" w14:textId="144191AC">
            <w:pPr>
              <w:pStyle w:val="ListParagraph"/>
              <w:numPr>
                <w:ilvl w:val="0"/>
                <w:numId w:val="15"/>
              </w:numPr>
              <w:rPr/>
            </w:pPr>
            <w:r w:rsidR="681A82EB">
              <w:rPr/>
              <w:t>Innovazione</w:t>
            </w:r>
            <w:r w:rsidR="681A82EB">
              <w:rPr/>
              <w:t xml:space="preserve"> </w:t>
            </w:r>
            <w:r w:rsidR="681A82EB">
              <w:rPr/>
              <w:t>introdotta</w:t>
            </w:r>
            <w:r w:rsidR="681A82EB">
              <w:rPr/>
              <w:t xml:space="preserve"> dal progetto:</w:t>
            </w:r>
            <w:r>
              <w:br/>
            </w:r>
            <w:r w:rsidR="681A82EB">
              <w:rPr/>
              <w:t>Risultato</w:t>
            </w:r>
            <w:r w:rsidR="681A82EB">
              <w:rPr/>
              <w:t xml:space="preserve"> </w:t>
            </w:r>
            <w:r w:rsidR="681A82EB">
              <w:rPr/>
              <w:t>atteso</w:t>
            </w:r>
            <w:r w:rsidR="681A82EB">
              <w:rPr/>
              <w:t>:</w:t>
            </w:r>
            <w:r>
              <w:br/>
            </w:r>
            <w:r w:rsidR="681A82EB">
              <w:rPr/>
              <w:t>Miglioramento</w:t>
            </w:r>
            <w:r w:rsidR="681A82EB">
              <w:rPr/>
              <w:t>:</w:t>
            </w:r>
          </w:p>
        </w:tc>
      </w:tr>
      <w:tr w:rsidR="79067C25" w:rsidTr="56A4170B" w14:paraId="5113DC28">
        <w:trPr>
          <w:wAfter w:w="30" w:type="dxa"/>
          <w:gridAfter w:val="1"/>
        </w:trPr>
        <w:tc>
          <w:tcPr>
            <w:tcW w:w="855" w:type="dxa"/>
            <w:tcMar/>
          </w:tcPr>
          <w:p w:rsidR="79067C25" w:rsidP="79067C25" w:rsidRDefault="79067C25" w14:paraId="358EA127" w14:textId="793B3DE1">
            <w:pPr>
              <w:pStyle w:val="Normal"/>
            </w:pPr>
            <w:r w:rsidR="79067C25">
              <w:rPr/>
              <w:t>3.2</w:t>
            </w:r>
          </w:p>
        </w:tc>
        <w:tc>
          <w:tcPr>
            <w:tcW w:w="3300" w:type="dxa"/>
            <w:tcMar/>
          </w:tcPr>
          <w:p w:rsidR="79067C25" w:rsidP="79067C25" w:rsidRDefault="79067C25" w14:paraId="572BFA0B" w14:textId="0ACEE0F2">
            <w:pPr>
              <w:pStyle w:val="Normal"/>
            </w:pPr>
            <w:r w:rsidR="79067C25">
              <w:rPr/>
              <w:t>Piattaforma tecnologica integrata di altri enti locali già attiva</w:t>
            </w:r>
          </w:p>
        </w:tc>
        <w:tc>
          <w:tcPr>
            <w:tcW w:w="810" w:type="dxa"/>
            <w:tcMar/>
          </w:tcPr>
          <w:p w:rsidR="79067C25" w:rsidP="79067C25" w:rsidRDefault="79067C25" w14:paraId="353CC334" w14:textId="436AD403">
            <w:pPr>
              <w:pStyle w:val="Normal"/>
            </w:pPr>
            <w:r w:rsidR="79067C25">
              <w:rPr/>
              <w:t>4</w:t>
            </w:r>
          </w:p>
        </w:tc>
        <w:tc>
          <w:tcPr>
            <w:tcW w:w="540" w:type="dxa"/>
            <w:tcMar/>
          </w:tcPr>
          <w:p w:rsidR="79067C25" w:rsidP="79067C25" w:rsidRDefault="79067C25" w14:paraId="7441EB96" w14:textId="3048D43E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600" w:type="dxa"/>
            <w:tcMar/>
          </w:tcPr>
          <w:p w:rsidR="79067C25" w:rsidP="79067C25" w:rsidRDefault="79067C25" w14:paraId="116082C9" w14:textId="3FE60B6D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3825" w:type="dxa"/>
            <w:tcMar/>
          </w:tcPr>
          <w:p w:rsidR="56A4170B" w:rsidP="56A4170B" w:rsidRDefault="56A4170B" w14:paraId="699A9F3F" w14:textId="796589F6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Esempio: Convenzione, accordo, atto associativo o relazione tecnica che comprova l’utilizzo di una piattaforma tecnologica integrata già attiva a servizio di più enti locali.</w:t>
            </w:r>
          </w:p>
        </w:tc>
      </w:tr>
      <w:tr w:rsidR="79067C25" w:rsidTr="56A4170B" w14:paraId="25B2816D">
        <w:tc>
          <w:tcPr>
            <w:tcW w:w="9960" w:type="dxa"/>
            <w:gridSpan w:val="7"/>
            <w:shd w:val="clear" w:color="auto" w:fill="F2F2F2" w:themeFill="background1" w:themeFillShade="F2"/>
            <w:tcMar/>
          </w:tcPr>
          <w:p w:rsidR="681A82EB" w:rsidP="681A82EB" w:rsidRDefault="681A82EB" w14:paraId="37F76614" w14:textId="25C2205D">
            <w:pPr>
              <w:pStyle w:val="Normal"/>
            </w:pPr>
            <w:r w:rsidRPr="681A82EB" w:rsidR="681A82EB">
              <w:rPr>
                <w:b w:val="1"/>
                <w:bCs w:val="1"/>
              </w:rPr>
              <w:t>Descrizione sintetica:</w:t>
            </w:r>
          </w:p>
          <w:p w:rsidR="681A82EB" w:rsidP="681A82EB" w:rsidRDefault="681A82EB" w14:paraId="5875D857" w14:textId="4457A8A9">
            <w:pPr>
              <w:pStyle w:val="ListParagraph"/>
              <w:numPr>
                <w:ilvl w:val="0"/>
                <w:numId w:val="16"/>
              </w:numPr>
              <w:rPr/>
            </w:pPr>
            <w:r w:rsidR="681A82EB">
              <w:rPr/>
              <w:t>Situazione preesistente:</w:t>
            </w:r>
          </w:p>
          <w:p w:rsidR="681A82EB" w:rsidP="681A82EB" w:rsidRDefault="681A82EB" w14:paraId="019C40CE" w14:textId="58FCF4BD">
            <w:pPr>
              <w:pStyle w:val="ListParagraph"/>
              <w:numPr>
                <w:ilvl w:val="0"/>
                <w:numId w:val="16"/>
              </w:numPr>
              <w:rPr/>
            </w:pPr>
            <w:r w:rsidR="681A82EB">
              <w:rPr/>
              <w:t>Innovazione introdotta dal progetto:</w:t>
            </w:r>
          </w:p>
          <w:p w:rsidR="681A82EB" w:rsidP="681A82EB" w:rsidRDefault="681A82EB" w14:paraId="3FE06ABA" w14:textId="1DCE07EA">
            <w:pPr>
              <w:pStyle w:val="ListParagraph"/>
              <w:numPr>
                <w:ilvl w:val="0"/>
                <w:numId w:val="16"/>
              </w:numPr>
              <w:rPr/>
            </w:pPr>
            <w:r w:rsidR="681A82EB">
              <w:rPr/>
              <w:t>Risultato atteso:</w:t>
            </w:r>
          </w:p>
          <w:p w:rsidR="681A82EB" w:rsidP="681A82EB" w:rsidRDefault="681A82EB" w14:paraId="4F828B6B" w14:textId="747A8F09">
            <w:pPr>
              <w:pStyle w:val="ListParagraph"/>
              <w:numPr>
                <w:ilvl w:val="0"/>
                <w:numId w:val="16"/>
              </w:numPr>
              <w:rPr/>
            </w:pPr>
            <w:r w:rsidR="681A82EB">
              <w:rPr/>
              <w:t>Miglioramento:</w:t>
            </w:r>
            <w:r>
              <w:br/>
            </w:r>
            <w:r>
              <w:br/>
            </w:r>
            <w:r>
              <w:br/>
            </w:r>
          </w:p>
        </w:tc>
      </w:tr>
      <w:tr w:rsidR="79067C25" w:rsidTr="56A4170B" w14:paraId="7FEEE91F">
        <w:trPr>
          <w:wAfter w:w="30" w:type="dxa"/>
          <w:gridAfter w:val="1"/>
        </w:trPr>
        <w:tc>
          <w:tcPr>
            <w:tcW w:w="855" w:type="dxa"/>
            <w:tcMar/>
          </w:tcPr>
          <w:p w:rsidR="79067C25" w:rsidP="79067C25" w:rsidRDefault="79067C25" w14:paraId="7D561FC6" w14:textId="000A14F1">
            <w:pPr>
              <w:pStyle w:val="Normal"/>
            </w:pPr>
            <w:r w:rsidR="79067C25">
              <w:rPr/>
              <w:t>3.3</w:t>
            </w:r>
          </w:p>
        </w:tc>
        <w:tc>
          <w:tcPr>
            <w:tcW w:w="3300" w:type="dxa"/>
            <w:tcMar/>
          </w:tcPr>
          <w:p w:rsidR="79067C25" w:rsidP="79067C25" w:rsidRDefault="79067C25" w14:paraId="1FBE03DE" w14:textId="67CE3CCB">
            <w:pPr>
              <w:pStyle w:val="Normal"/>
            </w:pPr>
            <w:r w:rsidR="79067C25">
              <w:rPr/>
              <w:t>Integrazione con piattaforme utilizzate da Prefetture o altre autorità pubbliche competenti già attiva</w:t>
            </w:r>
          </w:p>
        </w:tc>
        <w:tc>
          <w:tcPr>
            <w:tcW w:w="810" w:type="dxa"/>
            <w:tcMar/>
          </w:tcPr>
          <w:p w:rsidR="79067C25" w:rsidP="79067C25" w:rsidRDefault="79067C25" w14:paraId="7ADA6CC7" w14:textId="2E8C320A">
            <w:pPr>
              <w:pStyle w:val="Normal"/>
            </w:pPr>
            <w:r w:rsidR="79067C25">
              <w:rPr/>
              <w:t>6</w:t>
            </w:r>
          </w:p>
        </w:tc>
        <w:tc>
          <w:tcPr>
            <w:tcW w:w="540" w:type="dxa"/>
            <w:tcMar/>
          </w:tcPr>
          <w:p w:rsidR="79067C25" w:rsidP="79067C25" w:rsidRDefault="79067C25" w14:paraId="15553CAF" w14:textId="6BD79E1F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600" w:type="dxa"/>
            <w:tcMar/>
          </w:tcPr>
          <w:p w:rsidR="79067C25" w:rsidP="79067C25" w:rsidRDefault="79067C25" w14:paraId="3EFF8F24" w14:textId="43489E22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3825" w:type="dxa"/>
            <w:tcMar/>
          </w:tcPr>
          <w:p w:rsidR="56A4170B" w:rsidP="56A4170B" w:rsidRDefault="56A4170B" w14:paraId="568D77BD" w14:textId="6BD98895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Esempio: Protocollo, convenzione, nota dell’autorità competente o documentazione tecnica che attesta l’integrazione già attiva con piattaforme utilizzate da Prefetture o altre autorità pubbliche competenti.</w:t>
            </w:r>
          </w:p>
        </w:tc>
      </w:tr>
      <w:tr w:rsidR="79067C25" w:rsidTr="56A4170B" w14:paraId="11500DB6">
        <w:tc>
          <w:tcPr>
            <w:tcW w:w="9960" w:type="dxa"/>
            <w:gridSpan w:val="7"/>
            <w:shd w:val="clear" w:color="auto" w:fill="F2F2F2" w:themeFill="background1" w:themeFillShade="F2"/>
            <w:tcMar/>
          </w:tcPr>
          <w:p w:rsidR="681A82EB" w:rsidP="681A82EB" w:rsidRDefault="681A82EB" w14:paraId="2EFD00BA" w14:textId="41905E9B">
            <w:pPr>
              <w:pStyle w:val="Normal"/>
            </w:pPr>
            <w:r w:rsidRPr="681A82EB" w:rsidR="681A82EB">
              <w:rPr>
                <w:b w:val="1"/>
                <w:bCs w:val="1"/>
              </w:rPr>
              <w:t>Descrizione sintetica:</w:t>
            </w:r>
          </w:p>
          <w:p w:rsidR="681A82EB" w:rsidP="681A82EB" w:rsidRDefault="681A82EB" w14:paraId="379BEC39" w14:textId="4B7E6B93">
            <w:pPr>
              <w:pStyle w:val="ListParagraph"/>
              <w:numPr>
                <w:ilvl w:val="0"/>
                <w:numId w:val="17"/>
              </w:numPr>
              <w:rPr/>
            </w:pPr>
            <w:r w:rsidR="681A82EB">
              <w:rPr/>
              <w:t>Situazione preesistente:</w:t>
            </w:r>
          </w:p>
          <w:p w:rsidR="681A82EB" w:rsidP="681A82EB" w:rsidRDefault="681A82EB" w14:paraId="300EEA60" w14:textId="18840F69">
            <w:pPr>
              <w:pStyle w:val="ListParagraph"/>
              <w:numPr>
                <w:ilvl w:val="0"/>
                <w:numId w:val="17"/>
              </w:numPr>
              <w:rPr/>
            </w:pPr>
            <w:r w:rsidR="681A82EB">
              <w:rPr/>
              <w:t>Innovazione introdotta dal progetto:</w:t>
            </w:r>
          </w:p>
          <w:p w:rsidR="681A82EB" w:rsidP="681A82EB" w:rsidRDefault="681A82EB" w14:paraId="2D840FD7" w14:textId="02241DF8">
            <w:pPr>
              <w:pStyle w:val="ListParagraph"/>
              <w:numPr>
                <w:ilvl w:val="0"/>
                <w:numId w:val="17"/>
              </w:numPr>
              <w:rPr/>
            </w:pPr>
            <w:r w:rsidR="681A82EB">
              <w:rPr/>
              <w:t>Risultato atteso:</w:t>
            </w:r>
          </w:p>
          <w:p w:rsidR="681A82EB" w:rsidP="681A82EB" w:rsidRDefault="681A82EB" w14:paraId="709ECC86" w14:textId="5A581EA5">
            <w:pPr>
              <w:pStyle w:val="ListParagraph"/>
              <w:numPr>
                <w:ilvl w:val="0"/>
                <w:numId w:val="17"/>
              </w:numPr>
              <w:rPr/>
            </w:pPr>
            <w:r w:rsidR="681A82EB">
              <w:rPr/>
              <w:t>Miglioramento:</w:t>
            </w:r>
            <w:r>
              <w:br/>
            </w:r>
            <w:r>
              <w:br/>
            </w:r>
            <w:r>
              <w:br/>
            </w:r>
          </w:p>
        </w:tc>
      </w:tr>
      <w:tr w:rsidR="79067C25" w:rsidTr="56A4170B" w14:paraId="7157A645">
        <w:trPr>
          <w:wAfter w:w="30" w:type="dxa"/>
          <w:gridAfter w:val="1"/>
        </w:trPr>
        <w:tc>
          <w:tcPr>
            <w:tcW w:w="855" w:type="dxa"/>
            <w:tcMar/>
          </w:tcPr>
          <w:p w:rsidR="79067C25" w:rsidP="79067C25" w:rsidRDefault="79067C25" w14:paraId="6BD9E365" w14:textId="05BB3B2F">
            <w:pPr>
              <w:pStyle w:val="Normal"/>
            </w:pPr>
            <w:r w:rsidR="79067C25">
              <w:rPr/>
              <w:t>4.1</w:t>
            </w:r>
          </w:p>
        </w:tc>
        <w:tc>
          <w:tcPr>
            <w:tcW w:w="3300" w:type="dxa"/>
            <w:tcMar/>
          </w:tcPr>
          <w:p w:rsidR="79067C25" w:rsidP="79067C25" w:rsidRDefault="79067C25" w14:paraId="76F248CA" w14:textId="09DBEB4E">
            <w:pPr>
              <w:pStyle w:val="Normal"/>
            </w:pPr>
            <w:r w:rsidR="79067C25">
              <w:rPr/>
              <w:t>Nuova piattaforma integrata a servizio di più enti</w:t>
            </w:r>
          </w:p>
        </w:tc>
        <w:tc>
          <w:tcPr>
            <w:tcW w:w="810" w:type="dxa"/>
            <w:tcMar/>
          </w:tcPr>
          <w:p w:rsidR="79067C25" w:rsidP="79067C25" w:rsidRDefault="79067C25" w14:paraId="2C3D4803" w14:textId="5C35759C">
            <w:pPr>
              <w:pStyle w:val="Normal"/>
            </w:pPr>
            <w:r w:rsidR="79067C25">
              <w:rPr/>
              <w:t>1</w:t>
            </w:r>
          </w:p>
        </w:tc>
        <w:tc>
          <w:tcPr>
            <w:tcW w:w="540" w:type="dxa"/>
            <w:tcMar/>
          </w:tcPr>
          <w:p w:rsidR="79067C25" w:rsidP="79067C25" w:rsidRDefault="79067C25" w14:paraId="66AAE112" w14:textId="76C61A4A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600" w:type="dxa"/>
            <w:tcMar/>
          </w:tcPr>
          <w:p w:rsidR="79067C25" w:rsidP="79067C25" w:rsidRDefault="79067C25" w14:paraId="191F45E8" w14:textId="058B911C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3825" w:type="dxa"/>
            <w:tcMar/>
          </w:tcPr>
          <w:p w:rsidR="56A4170B" w:rsidP="56A4170B" w:rsidRDefault="56A4170B" w14:paraId="4B038A20" w14:textId="49EEC628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Esempio: Progetto, schema funzionale, accordo tra enti o atto di approvazione che descrive la nuova piattaforma integrata e gli enti serviti.</w:t>
            </w:r>
          </w:p>
        </w:tc>
      </w:tr>
      <w:tr w:rsidR="79067C25" w:rsidTr="56A4170B" w14:paraId="2DF6A9E9">
        <w:tc>
          <w:tcPr>
            <w:tcW w:w="9960" w:type="dxa"/>
            <w:gridSpan w:val="7"/>
            <w:shd w:val="clear" w:color="auto" w:fill="F2F2F2" w:themeFill="background1" w:themeFillShade="F2"/>
            <w:tcMar/>
          </w:tcPr>
          <w:p w:rsidR="681A82EB" w:rsidP="681A82EB" w:rsidRDefault="681A82EB" w14:paraId="52E9F923" w14:textId="19F81821">
            <w:pPr>
              <w:pStyle w:val="Normal"/>
            </w:pPr>
            <w:r w:rsidRPr="681A82EB" w:rsidR="681A82EB">
              <w:rPr>
                <w:b w:val="1"/>
                <w:bCs w:val="1"/>
              </w:rPr>
              <w:t>Descrizione sintetica:</w:t>
            </w:r>
          </w:p>
          <w:p w:rsidR="681A82EB" w:rsidP="681A82EB" w:rsidRDefault="681A82EB" w14:paraId="517B85DC" w14:textId="441F813F">
            <w:pPr>
              <w:pStyle w:val="ListParagraph"/>
              <w:numPr>
                <w:ilvl w:val="0"/>
                <w:numId w:val="18"/>
              </w:numPr>
              <w:rPr/>
            </w:pPr>
            <w:r w:rsidR="681A82EB">
              <w:rPr/>
              <w:t>Situazione preesistente:</w:t>
            </w:r>
          </w:p>
          <w:p w:rsidR="681A82EB" w:rsidP="681A82EB" w:rsidRDefault="681A82EB" w14:paraId="7BF56BF9" w14:textId="114D6990">
            <w:pPr>
              <w:pStyle w:val="ListParagraph"/>
              <w:numPr>
                <w:ilvl w:val="0"/>
                <w:numId w:val="18"/>
              </w:numPr>
              <w:rPr/>
            </w:pPr>
            <w:r w:rsidR="681A82EB">
              <w:rPr/>
              <w:t>Innovazione introdotta dal progetto:</w:t>
            </w:r>
          </w:p>
          <w:p w:rsidR="681A82EB" w:rsidP="681A82EB" w:rsidRDefault="681A82EB" w14:paraId="4A6C61B8" w14:textId="1BF3F38A">
            <w:pPr>
              <w:pStyle w:val="ListParagraph"/>
              <w:numPr>
                <w:ilvl w:val="0"/>
                <w:numId w:val="18"/>
              </w:numPr>
              <w:rPr/>
            </w:pPr>
            <w:r w:rsidR="681A82EB">
              <w:rPr/>
              <w:t>Risultato atteso:</w:t>
            </w:r>
          </w:p>
          <w:p w:rsidR="681A82EB" w:rsidP="681A82EB" w:rsidRDefault="681A82EB" w14:paraId="20CAD49A" w14:textId="0BB2D27D">
            <w:pPr>
              <w:pStyle w:val="ListParagraph"/>
              <w:numPr>
                <w:ilvl w:val="0"/>
                <w:numId w:val="18"/>
              </w:numPr>
              <w:rPr/>
            </w:pPr>
            <w:r w:rsidR="681A82EB">
              <w:rPr/>
              <w:t>Miglioramento:</w:t>
            </w:r>
            <w:r>
              <w:br/>
            </w:r>
            <w:r>
              <w:br/>
            </w:r>
            <w:r>
              <w:br/>
            </w:r>
          </w:p>
        </w:tc>
      </w:tr>
      <w:tr w:rsidR="79067C25" w:rsidTr="56A4170B" w14:paraId="2BFF934B">
        <w:trPr>
          <w:wAfter w:w="30" w:type="dxa"/>
          <w:gridAfter w:val="1"/>
        </w:trPr>
        <w:tc>
          <w:tcPr>
            <w:tcW w:w="855" w:type="dxa"/>
            <w:tcMar/>
          </w:tcPr>
          <w:p w:rsidR="79067C25" w:rsidP="79067C25" w:rsidRDefault="79067C25" w14:paraId="4EDA99C4" w14:textId="3BC08793">
            <w:pPr>
              <w:pStyle w:val="Normal"/>
            </w:pPr>
            <w:r w:rsidR="79067C25">
              <w:rPr/>
              <w:t>4.2</w:t>
            </w:r>
          </w:p>
        </w:tc>
        <w:tc>
          <w:tcPr>
            <w:tcW w:w="3300" w:type="dxa"/>
            <w:tcMar/>
          </w:tcPr>
          <w:p w:rsidR="79067C25" w:rsidP="79067C25" w:rsidRDefault="79067C25" w14:paraId="0B07BAE9" w14:textId="1577A32A">
            <w:pPr>
              <w:pStyle w:val="Normal"/>
            </w:pPr>
            <w:r w:rsidR="79067C25">
              <w:rPr/>
              <w:t>Nuova piattaforma integrata con Prefetture o altre autorità pubbliche competenti</w:t>
            </w:r>
          </w:p>
        </w:tc>
        <w:tc>
          <w:tcPr>
            <w:tcW w:w="810" w:type="dxa"/>
            <w:tcMar/>
          </w:tcPr>
          <w:p w:rsidR="79067C25" w:rsidP="79067C25" w:rsidRDefault="79067C25" w14:paraId="06229FB2" w14:textId="4D8B1A5A">
            <w:pPr>
              <w:pStyle w:val="Normal"/>
            </w:pPr>
            <w:r w:rsidR="79067C25">
              <w:rPr/>
              <w:t>2</w:t>
            </w:r>
          </w:p>
        </w:tc>
        <w:tc>
          <w:tcPr>
            <w:tcW w:w="540" w:type="dxa"/>
            <w:tcMar/>
          </w:tcPr>
          <w:p w:rsidR="79067C25" w:rsidP="79067C25" w:rsidRDefault="79067C25" w14:paraId="5C6A73F9" w14:textId="590C0D18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600" w:type="dxa"/>
            <w:tcMar/>
          </w:tcPr>
          <w:p w:rsidR="79067C25" w:rsidP="79067C25" w:rsidRDefault="79067C25" w14:paraId="7A0118DD" w14:textId="0CB0CB6A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3825" w:type="dxa"/>
            <w:tcMar/>
          </w:tcPr>
          <w:p w:rsidR="56A4170B" w:rsidP="56A4170B" w:rsidRDefault="56A4170B" w14:paraId="1B3F2DF2" w14:textId="25426C70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Esempio: Progetto, schema di integrazione, protocollo/convenzione o nota di assenso dell’autorità competente relativo alla nuova integrazione con Prefetture o altre autorità pubbliche competenti.</w:t>
            </w:r>
          </w:p>
        </w:tc>
      </w:tr>
      <w:tr w:rsidR="79067C25" w:rsidTr="56A4170B" w14:paraId="1E4902EC">
        <w:tc>
          <w:tcPr>
            <w:tcW w:w="9960" w:type="dxa"/>
            <w:gridSpan w:val="7"/>
            <w:shd w:val="clear" w:color="auto" w:fill="F2F2F2" w:themeFill="background1" w:themeFillShade="F2"/>
            <w:tcMar/>
          </w:tcPr>
          <w:p w:rsidR="681A82EB" w:rsidP="681A82EB" w:rsidRDefault="681A82EB" w14:paraId="511B0CD3" w14:textId="00DA1927">
            <w:pPr>
              <w:pStyle w:val="Normal"/>
            </w:pPr>
            <w:r w:rsidRPr="681A82EB" w:rsidR="681A82EB">
              <w:rPr>
                <w:b w:val="1"/>
                <w:bCs w:val="1"/>
              </w:rPr>
              <w:t>Descrizione sintetica:</w:t>
            </w:r>
          </w:p>
          <w:p w:rsidR="681A82EB" w:rsidP="681A82EB" w:rsidRDefault="681A82EB" w14:paraId="464EE486" w14:textId="1A445D0D">
            <w:pPr>
              <w:pStyle w:val="ListParagraph"/>
              <w:numPr>
                <w:ilvl w:val="0"/>
                <w:numId w:val="19"/>
              </w:numPr>
              <w:rPr/>
            </w:pPr>
            <w:r w:rsidR="681A82EB">
              <w:rPr/>
              <w:t>Situazione preesistente:</w:t>
            </w:r>
          </w:p>
          <w:p w:rsidR="681A82EB" w:rsidP="681A82EB" w:rsidRDefault="681A82EB" w14:paraId="451BFF8A" w14:textId="3F6D9FDB">
            <w:pPr>
              <w:pStyle w:val="ListParagraph"/>
              <w:numPr>
                <w:ilvl w:val="0"/>
                <w:numId w:val="19"/>
              </w:numPr>
              <w:rPr/>
            </w:pPr>
            <w:r w:rsidR="681A82EB">
              <w:rPr/>
              <w:t>Innovazione introdotta dal progetto:</w:t>
            </w:r>
          </w:p>
          <w:p w:rsidR="681A82EB" w:rsidP="681A82EB" w:rsidRDefault="681A82EB" w14:paraId="3DF0A19E" w14:textId="7F85769A">
            <w:pPr>
              <w:pStyle w:val="ListParagraph"/>
              <w:numPr>
                <w:ilvl w:val="0"/>
                <w:numId w:val="19"/>
              </w:numPr>
              <w:rPr/>
            </w:pPr>
            <w:r w:rsidR="681A82EB">
              <w:rPr/>
              <w:t>Risultato atteso:</w:t>
            </w:r>
          </w:p>
          <w:p w:rsidR="681A82EB" w:rsidP="681A82EB" w:rsidRDefault="681A82EB" w14:paraId="4BC61CEC" w14:textId="7538AA80">
            <w:pPr>
              <w:pStyle w:val="ListParagraph"/>
              <w:numPr>
                <w:ilvl w:val="0"/>
                <w:numId w:val="19"/>
              </w:numPr>
              <w:rPr/>
            </w:pPr>
            <w:r w:rsidR="681A82EB">
              <w:rPr/>
              <w:t>Miglioramento:</w:t>
            </w:r>
            <w:r>
              <w:br/>
            </w:r>
            <w:r>
              <w:br/>
            </w:r>
            <w:r>
              <w:br/>
            </w:r>
          </w:p>
        </w:tc>
      </w:tr>
      <w:tr w:rsidR="79067C25" w:rsidTr="56A4170B" w14:paraId="57F15E11">
        <w:trPr>
          <w:wAfter w:w="30" w:type="dxa"/>
          <w:gridAfter w:val="1"/>
        </w:trPr>
        <w:tc>
          <w:tcPr>
            <w:tcW w:w="855" w:type="dxa"/>
            <w:tcMar/>
          </w:tcPr>
          <w:p w:rsidR="79067C25" w:rsidP="79067C25" w:rsidRDefault="79067C25" w14:paraId="22F5540E" w14:textId="2E643F40">
            <w:pPr>
              <w:pStyle w:val="Normal"/>
            </w:pPr>
            <w:r w:rsidR="79067C25">
              <w:rPr/>
              <w:t>5.1</w:t>
            </w:r>
          </w:p>
        </w:tc>
        <w:tc>
          <w:tcPr>
            <w:tcW w:w="3300" w:type="dxa"/>
            <w:tcMar/>
          </w:tcPr>
          <w:p w:rsidR="79067C25" w:rsidP="79067C25" w:rsidRDefault="79067C25" w14:paraId="2FD5DF60" w14:textId="21588BBD">
            <w:pPr>
              <w:pStyle w:val="Normal"/>
            </w:pPr>
            <w:r w:rsidR="79067C25">
              <w:rPr/>
              <w:t>Sistemi OCR o lettura automatica targhe</w:t>
            </w:r>
          </w:p>
        </w:tc>
        <w:tc>
          <w:tcPr>
            <w:tcW w:w="810" w:type="dxa"/>
            <w:tcMar/>
          </w:tcPr>
          <w:p w:rsidR="79067C25" w:rsidP="79067C25" w:rsidRDefault="79067C25" w14:paraId="215057E7" w14:textId="5E299B1C">
            <w:pPr>
              <w:pStyle w:val="Normal"/>
            </w:pPr>
            <w:r w:rsidR="79067C25">
              <w:rPr/>
              <w:t>1</w:t>
            </w:r>
          </w:p>
        </w:tc>
        <w:tc>
          <w:tcPr>
            <w:tcW w:w="540" w:type="dxa"/>
            <w:tcMar/>
          </w:tcPr>
          <w:p w:rsidR="79067C25" w:rsidP="79067C25" w:rsidRDefault="79067C25" w14:paraId="49419AE3" w14:textId="4C5B35BA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600" w:type="dxa"/>
            <w:tcMar/>
          </w:tcPr>
          <w:p w:rsidR="79067C25" w:rsidP="79067C25" w:rsidRDefault="79067C25" w14:paraId="74B0EF55" w14:textId="4580B455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3825" w:type="dxa"/>
            <w:tcMar/>
          </w:tcPr>
          <w:p w:rsidR="56A4170B" w:rsidP="56A4170B" w:rsidRDefault="56A4170B" w14:paraId="085F68D1" w14:textId="63914592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Esempio: Scheda tecnica del varco OCR/LPR, relazione funzionale del sistema e planimetria con indicazione del codice V01.</w:t>
            </w:r>
          </w:p>
        </w:tc>
      </w:tr>
      <w:tr w:rsidR="79067C25" w:rsidTr="56A4170B" w14:paraId="37A2C31B">
        <w:tc>
          <w:tcPr>
            <w:tcW w:w="9960" w:type="dxa"/>
            <w:gridSpan w:val="7"/>
            <w:shd w:val="clear" w:color="auto" w:fill="F2F2F2" w:themeFill="background1" w:themeFillShade="F2"/>
            <w:tcMar/>
          </w:tcPr>
          <w:p w:rsidR="681A82EB" w:rsidP="681A82EB" w:rsidRDefault="681A82EB" w14:paraId="480F2E8C" w14:textId="2764CB8F">
            <w:pPr>
              <w:pStyle w:val="Normal"/>
            </w:pPr>
            <w:r w:rsidRPr="681A82EB" w:rsidR="681A82EB">
              <w:rPr>
                <w:b w:val="1"/>
                <w:bCs w:val="1"/>
              </w:rPr>
              <w:t>Descrizione sintetica:</w:t>
            </w:r>
          </w:p>
          <w:p w:rsidR="681A82EB" w:rsidP="681A82EB" w:rsidRDefault="681A82EB" w14:paraId="2AB296E3" w14:textId="4A6D1B21">
            <w:pPr>
              <w:pStyle w:val="ListParagraph"/>
              <w:numPr>
                <w:ilvl w:val="0"/>
                <w:numId w:val="20"/>
              </w:numPr>
              <w:rPr/>
            </w:pPr>
            <w:r w:rsidR="681A82EB">
              <w:rPr/>
              <w:t>Situazione preesistente:</w:t>
            </w:r>
          </w:p>
          <w:p w:rsidR="681A82EB" w:rsidP="681A82EB" w:rsidRDefault="681A82EB" w14:paraId="0C0C4E7D" w14:textId="1A61D1BD">
            <w:pPr>
              <w:pStyle w:val="ListParagraph"/>
              <w:numPr>
                <w:ilvl w:val="0"/>
                <w:numId w:val="20"/>
              </w:numPr>
              <w:rPr/>
            </w:pPr>
            <w:r w:rsidR="681A82EB">
              <w:rPr/>
              <w:t>Innovazione introdotta dal progetto:</w:t>
            </w:r>
          </w:p>
          <w:p w:rsidR="681A82EB" w:rsidP="681A82EB" w:rsidRDefault="681A82EB" w14:paraId="66996E89" w14:textId="04DF3881">
            <w:pPr>
              <w:pStyle w:val="ListParagraph"/>
              <w:numPr>
                <w:ilvl w:val="0"/>
                <w:numId w:val="20"/>
              </w:numPr>
              <w:rPr/>
            </w:pPr>
            <w:r w:rsidR="681A82EB">
              <w:rPr/>
              <w:t>Risultato atteso:</w:t>
            </w:r>
          </w:p>
          <w:p w:rsidR="681A82EB" w:rsidP="681A82EB" w:rsidRDefault="681A82EB" w14:paraId="57E2F249" w14:textId="482BED7B">
            <w:pPr>
              <w:pStyle w:val="ListParagraph"/>
              <w:numPr>
                <w:ilvl w:val="0"/>
                <w:numId w:val="20"/>
              </w:numPr>
              <w:rPr/>
            </w:pPr>
            <w:r w:rsidR="681A82EB">
              <w:rPr/>
              <w:t>Miglioramento:</w:t>
            </w:r>
            <w:r>
              <w:br/>
            </w:r>
            <w:r>
              <w:br/>
            </w:r>
            <w:r>
              <w:br/>
            </w:r>
          </w:p>
        </w:tc>
      </w:tr>
      <w:tr w:rsidR="79067C25" w:rsidTr="56A4170B" w14:paraId="2BB83369">
        <w:trPr>
          <w:wAfter w:w="30" w:type="dxa"/>
          <w:gridAfter w:val="1"/>
        </w:trPr>
        <w:tc>
          <w:tcPr>
            <w:tcW w:w="855" w:type="dxa"/>
            <w:tcMar/>
          </w:tcPr>
          <w:p w:rsidR="79067C25" w:rsidP="79067C25" w:rsidRDefault="79067C25" w14:paraId="3E46BF56" w14:textId="21CA20B7">
            <w:pPr>
              <w:pStyle w:val="Normal"/>
            </w:pPr>
            <w:r w:rsidR="79067C25">
              <w:rPr/>
              <w:t>5.2</w:t>
            </w:r>
          </w:p>
        </w:tc>
        <w:tc>
          <w:tcPr>
            <w:tcW w:w="3300" w:type="dxa"/>
            <w:tcMar/>
          </w:tcPr>
          <w:p w:rsidR="79067C25" w:rsidP="79067C25" w:rsidRDefault="79067C25" w14:paraId="7C6FB0D4" w14:textId="76374E73">
            <w:pPr>
              <w:pStyle w:val="Normal"/>
            </w:pPr>
            <w:r w:rsidR="79067C25">
              <w:rPr/>
              <w:t>Analisi automatizzata dei flussi video o rilevazione automatica di eventi o anomalie</w:t>
            </w:r>
          </w:p>
        </w:tc>
        <w:tc>
          <w:tcPr>
            <w:tcW w:w="810" w:type="dxa"/>
            <w:tcMar/>
          </w:tcPr>
          <w:p w:rsidR="79067C25" w:rsidP="79067C25" w:rsidRDefault="79067C25" w14:paraId="0FEAD361" w14:textId="3FF2C56A">
            <w:pPr>
              <w:pStyle w:val="Normal"/>
            </w:pPr>
            <w:r w:rsidR="79067C25">
              <w:rPr/>
              <w:t>1</w:t>
            </w:r>
          </w:p>
        </w:tc>
        <w:tc>
          <w:tcPr>
            <w:tcW w:w="540" w:type="dxa"/>
            <w:tcMar/>
          </w:tcPr>
          <w:p w:rsidR="79067C25" w:rsidP="79067C25" w:rsidRDefault="79067C25" w14:paraId="7FAC94FE" w14:textId="0B423C05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600" w:type="dxa"/>
            <w:tcMar/>
          </w:tcPr>
          <w:p w:rsidR="79067C25" w:rsidP="79067C25" w:rsidRDefault="79067C25" w14:paraId="0A255A8C" w14:textId="01075F10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3825" w:type="dxa"/>
            <w:tcMar/>
          </w:tcPr>
          <w:p w:rsidR="56A4170B" w:rsidP="56A4170B" w:rsidRDefault="56A4170B" w14:paraId="0A4DDCD0" w14:textId="7F299B88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Esempio: Scheda tecnica della piattaforma o degli apparati, relazione funzionale che descrive le funzioni di videoanalisi e indicazione degli apparati interessati.</w:t>
            </w:r>
          </w:p>
        </w:tc>
      </w:tr>
      <w:tr w:rsidR="79067C25" w:rsidTr="56A4170B" w14:paraId="214A5F4A">
        <w:tc>
          <w:tcPr>
            <w:tcW w:w="9960" w:type="dxa"/>
            <w:gridSpan w:val="7"/>
            <w:shd w:val="clear" w:color="auto" w:fill="F2F2F2" w:themeFill="background1" w:themeFillShade="F2"/>
            <w:tcMar/>
          </w:tcPr>
          <w:p w:rsidR="681A82EB" w:rsidP="681A82EB" w:rsidRDefault="681A82EB" w14:paraId="42F85BDA" w14:textId="63E88B66">
            <w:pPr>
              <w:pStyle w:val="Normal"/>
            </w:pPr>
            <w:r w:rsidRPr="681A82EB" w:rsidR="681A82EB">
              <w:rPr>
                <w:b w:val="1"/>
                <w:bCs w:val="1"/>
              </w:rPr>
              <w:t>Descrizione sintetica:</w:t>
            </w:r>
          </w:p>
          <w:p w:rsidR="681A82EB" w:rsidP="681A82EB" w:rsidRDefault="681A82EB" w14:paraId="53E9CFAA" w14:textId="2538C667">
            <w:pPr>
              <w:pStyle w:val="ListParagraph"/>
              <w:numPr>
                <w:ilvl w:val="0"/>
                <w:numId w:val="21"/>
              </w:numPr>
              <w:rPr/>
            </w:pPr>
            <w:r w:rsidR="681A82EB">
              <w:rPr/>
              <w:t>Situazione preesistente:</w:t>
            </w:r>
          </w:p>
          <w:p w:rsidR="681A82EB" w:rsidP="681A82EB" w:rsidRDefault="681A82EB" w14:paraId="1E98AE2E" w14:textId="045A8BD0">
            <w:pPr>
              <w:pStyle w:val="ListParagraph"/>
              <w:numPr>
                <w:ilvl w:val="0"/>
                <w:numId w:val="21"/>
              </w:numPr>
              <w:rPr/>
            </w:pPr>
            <w:r w:rsidR="681A82EB">
              <w:rPr/>
              <w:t>Innovazione introdotta dal progetto:</w:t>
            </w:r>
          </w:p>
          <w:p w:rsidR="681A82EB" w:rsidP="681A82EB" w:rsidRDefault="681A82EB" w14:paraId="6FB99F7F" w14:textId="6A4F3F4E">
            <w:pPr>
              <w:pStyle w:val="ListParagraph"/>
              <w:numPr>
                <w:ilvl w:val="0"/>
                <w:numId w:val="21"/>
              </w:numPr>
              <w:rPr/>
            </w:pPr>
            <w:r w:rsidR="681A82EB">
              <w:rPr/>
              <w:t>Risultato atteso:</w:t>
            </w:r>
          </w:p>
          <w:p w:rsidR="681A82EB" w:rsidP="681A82EB" w:rsidRDefault="681A82EB" w14:paraId="4ED9C2BE" w14:textId="0692FF43">
            <w:pPr>
              <w:pStyle w:val="ListParagraph"/>
              <w:numPr>
                <w:ilvl w:val="0"/>
                <w:numId w:val="21"/>
              </w:numPr>
              <w:rPr/>
            </w:pPr>
            <w:r w:rsidR="681A82EB">
              <w:rPr/>
              <w:t>Miglioramento:</w:t>
            </w:r>
            <w:r>
              <w:br/>
            </w:r>
            <w:r>
              <w:br/>
            </w:r>
            <w:r>
              <w:br/>
            </w:r>
          </w:p>
        </w:tc>
      </w:tr>
      <w:tr w:rsidR="79067C25" w:rsidTr="56A4170B" w14:paraId="5560E0F3">
        <w:trPr>
          <w:wAfter w:w="30" w:type="dxa"/>
          <w:gridAfter w:val="1"/>
        </w:trPr>
        <w:tc>
          <w:tcPr>
            <w:tcW w:w="855" w:type="dxa"/>
            <w:tcMar/>
          </w:tcPr>
          <w:p w:rsidR="79067C25" w:rsidP="79067C25" w:rsidRDefault="79067C25" w14:paraId="0001E2A9" w14:textId="5BAEBADA">
            <w:pPr>
              <w:pStyle w:val="Normal"/>
            </w:pPr>
            <w:r w:rsidR="79067C25">
              <w:rPr/>
              <w:t>5.3</w:t>
            </w:r>
          </w:p>
        </w:tc>
        <w:tc>
          <w:tcPr>
            <w:tcW w:w="3300" w:type="dxa"/>
            <w:tcMar/>
          </w:tcPr>
          <w:p w:rsidR="79067C25" w:rsidP="79067C25" w:rsidRDefault="79067C25" w14:paraId="0FA9EEAD" w14:textId="26DE1D03">
            <w:pPr>
              <w:pStyle w:val="Normal"/>
            </w:pPr>
            <w:r w:rsidR="79067C25">
              <w:rPr/>
              <w:t>Funzionalità basate su algoritmi di intelligenza artificiale documentate</w:t>
            </w:r>
          </w:p>
        </w:tc>
        <w:tc>
          <w:tcPr>
            <w:tcW w:w="810" w:type="dxa"/>
            <w:tcMar/>
          </w:tcPr>
          <w:p w:rsidR="79067C25" w:rsidP="79067C25" w:rsidRDefault="79067C25" w14:paraId="41479563" w14:textId="1B9979B9">
            <w:pPr>
              <w:pStyle w:val="Normal"/>
            </w:pPr>
            <w:r w:rsidR="79067C25">
              <w:rPr/>
              <w:t>1</w:t>
            </w:r>
          </w:p>
        </w:tc>
        <w:tc>
          <w:tcPr>
            <w:tcW w:w="540" w:type="dxa"/>
            <w:tcMar/>
          </w:tcPr>
          <w:p w:rsidR="79067C25" w:rsidP="79067C25" w:rsidRDefault="79067C25" w14:paraId="27F60F01" w14:textId="6038EA03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600" w:type="dxa"/>
            <w:tcMar/>
          </w:tcPr>
          <w:p w:rsidR="79067C25" w:rsidP="79067C25" w:rsidRDefault="79067C25" w14:paraId="38CA1E4A" w14:textId="569C6DBE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3825" w:type="dxa"/>
            <w:tcMar/>
          </w:tcPr>
          <w:p w:rsidR="56A4170B" w:rsidP="56A4170B" w:rsidRDefault="56A4170B" w14:paraId="31DFE741" w14:textId="4ECB94B1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Esempio: Scheda tecnica del sistema, relazione funzionale sulle funzionalità algoritmiche/IA previste e dichiarazione dell’ente sull’assenza o presenza di funzioni biometriche.</w:t>
            </w:r>
          </w:p>
        </w:tc>
      </w:tr>
      <w:tr w:rsidR="79067C25" w:rsidTr="56A4170B" w14:paraId="4F5CBD56">
        <w:tc>
          <w:tcPr>
            <w:tcW w:w="9960" w:type="dxa"/>
            <w:gridSpan w:val="7"/>
            <w:shd w:val="clear" w:color="auto" w:fill="F2F2F2" w:themeFill="background1" w:themeFillShade="F2"/>
            <w:tcMar/>
          </w:tcPr>
          <w:p w:rsidR="681A82EB" w:rsidP="681A82EB" w:rsidRDefault="681A82EB" w14:paraId="59589674" w14:textId="47EB685E">
            <w:pPr>
              <w:pStyle w:val="Normal"/>
            </w:pPr>
            <w:r w:rsidRPr="681A82EB" w:rsidR="681A82EB">
              <w:rPr>
                <w:b w:val="1"/>
                <w:bCs w:val="1"/>
              </w:rPr>
              <w:t>Descrizione sintetica:</w:t>
            </w:r>
          </w:p>
          <w:p w:rsidR="681A82EB" w:rsidP="681A82EB" w:rsidRDefault="681A82EB" w14:paraId="241F989C" w14:textId="6C64881A">
            <w:pPr>
              <w:pStyle w:val="ListParagraph"/>
              <w:numPr>
                <w:ilvl w:val="0"/>
                <w:numId w:val="22"/>
              </w:numPr>
              <w:rPr/>
            </w:pPr>
            <w:r w:rsidR="681A82EB">
              <w:rPr/>
              <w:t>Situazione preesistente:</w:t>
            </w:r>
          </w:p>
          <w:p w:rsidR="681A82EB" w:rsidP="681A82EB" w:rsidRDefault="681A82EB" w14:paraId="47085863" w14:textId="725D9539">
            <w:pPr>
              <w:pStyle w:val="ListParagraph"/>
              <w:numPr>
                <w:ilvl w:val="0"/>
                <w:numId w:val="22"/>
              </w:numPr>
              <w:rPr/>
            </w:pPr>
            <w:r w:rsidR="681A82EB">
              <w:rPr/>
              <w:t>Innovazione introdotta dal progetto:</w:t>
            </w:r>
          </w:p>
          <w:p w:rsidR="681A82EB" w:rsidP="681A82EB" w:rsidRDefault="681A82EB" w14:paraId="2D88A2DC" w14:textId="5AFD57B7">
            <w:pPr>
              <w:pStyle w:val="ListParagraph"/>
              <w:numPr>
                <w:ilvl w:val="0"/>
                <w:numId w:val="22"/>
              </w:numPr>
              <w:rPr/>
            </w:pPr>
            <w:r w:rsidR="681A82EB">
              <w:rPr/>
              <w:t>Risultato atteso:</w:t>
            </w:r>
          </w:p>
          <w:p w:rsidR="681A82EB" w:rsidP="681A82EB" w:rsidRDefault="681A82EB" w14:paraId="26364670" w14:textId="50FA9870">
            <w:pPr>
              <w:pStyle w:val="ListParagraph"/>
              <w:numPr>
                <w:ilvl w:val="0"/>
                <w:numId w:val="22"/>
              </w:numPr>
              <w:rPr/>
            </w:pPr>
            <w:r w:rsidR="681A82EB">
              <w:rPr/>
              <w:t>Miglioramento:</w:t>
            </w:r>
            <w:r>
              <w:br/>
            </w:r>
            <w:r>
              <w:br/>
            </w:r>
            <w:r>
              <w:br/>
            </w:r>
          </w:p>
        </w:tc>
      </w:tr>
      <w:tr w:rsidR="79067C25" w:rsidTr="56A4170B" w14:paraId="26C7D3A5">
        <w:trPr>
          <w:wAfter w:w="30" w:type="dxa"/>
          <w:gridAfter w:val="1"/>
        </w:trPr>
        <w:tc>
          <w:tcPr>
            <w:tcW w:w="855" w:type="dxa"/>
            <w:tcMar/>
          </w:tcPr>
          <w:p w:rsidR="79067C25" w:rsidP="79067C25" w:rsidRDefault="79067C25" w14:paraId="6D26EFAA" w14:textId="4B6A909E">
            <w:pPr>
              <w:pStyle w:val="Normal"/>
            </w:pPr>
            <w:r w:rsidR="79067C25">
              <w:rPr/>
              <w:t>6.1</w:t>
            </w:r>
          </w:p>
        </w:tc>
        <w:tc>
          <w:tcPr>
            <w:tcW w:w="3300" w:type="dxa"/>
            <w:tcMar/>
          </w:tcPr>
          <w:p w:rsidR="79067C25" w:rsidP="79067C25" w:rsidRDefault="79067C25" w14:paraId="181189BE" w14:textId="1D8CE043">
            <w:pPr>
              <w:pStyle w:val="Normal"/>
            </w:pPr>
            <w:r w:rsidR="79067C25">
              <w:rPr/>
              <w:t>Progetto presentato/esaminato in sede di CPOSP</w:t>
            </w:r>
          </w:p>
        </w:tc>
        <w:tc>
          <w:tcPr>
            <w:tcW w:w="810" w:type="dxa"/>
            <w:tcMar/>
          </w:tcPr>
          <w:p w:rsidR="79067C25" w:rsidP="79067C25" w:rsidRDefault="79067C25" w14:paraId="62953EB8" w14:textId="6AD70556">
            <w:pPr>
              <w:pStyle w:val="Normal"/>
            </w:pPr>
            <w:r w:rsidR="79067C25">
              <w:rPr/>
              <w:t>3</w:t>
            </w:r>
          </w:p>
        </w:tc>
        <w:tc>
          <w:tcPr>
            <w:tcW w:w="540" w:type="dxa"/>
            <w:tcMar/>
          </w:tcPr>
          <w:p w:rsidR="79067C25" w:rsidP="79067C25" w:rsidRDefault="79067C25" w14:paraId="63E65675" w14:textId="3E196189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600" w:type="dxa"/>
            <w:tcMar/>
          </w:tcPr>
          <w:p w:rsidR="79067C25" w:rsidP="79067C25" w:rsidRDefault="79067C25" w14:paraId="231C8D04" w14:textId="1931435B">
            <w:pPr>
              <w:pStyle w:val="Normal"/>
            </w:pPr>
            <w:r w:rsidR="79067C25">
              <w:rPr/>
              <w:t>☐</w:t>
            </w:r>
          </w:p>
        </w:tc>
        <w:tc>
          <w:tcPr>
            <w:tcW w:w="3825" w:type="dxa"/>
            <w:tcMar/>
          </w:tcPr>
          <w:p w:rsidR="56A4170B" w:rsidP="56A4170B" w:rsidRDefault="56A4170B" w14:paraId="114C9126" w14:textId="61FF5CF1">
            <w:pPr>
              <w:pStyle w:val="Normal"/>
            </w:pPr>
            <w:r w:rsidRPr="56A4170B" w:rsidR="56A4170B">
              <w:rPr>
                <w:i w:val="1"/>
                <w:iCs w:val="1"/>
                <w:color w:val="666666"/>
              </w:rPr>
              <w:t>Esempio: Verbale CPOSP, nota della Prefettura, attestazione di avvenuto esame o richiesta di inserimento all’ordine del giorno, secondo quanto previsto dal bando.</w:t>
            </w:r>
          </w:p>
        </w:tc>
      </w:tr>
      <w:tr w:rsidR="79067C25" w:rsidTr="56A4170B" w14:paraId="3DC83191">
        <w:tc>
          <w:tcPr>
            <w:tcW w:w="9960" w:type="dxa"/>
            <w:gridSpan w:val="7"/>
            <w:shd w:val="clear" w:color="auto" w:fill="F2F2F2" w:themeFill="background1" w:themeFillShade="F2"/>
            <w:tcMar/>
          </w:tcPr>
          <w:p w:rsidR="681A82EB" w:rsidP="681A82EB" w:rsidRDefault="681A82EB" w14:paraId="291FED16" w14:textId="61C2B70E">
            <w:pPr>
              <w:pStyle w:val="Normal"/>
            </w:pPr>
            <w:r w:rsidRPr="681A82EB" w:rsidR="681A82EB">
              <w:rPr>
                <w:b w:val="1"/>
                <w:bCs w:val="1"/>
              </w:rPr>
              <w:t>Descrizione sintetica:</w:t>
            </w:r>
          </w:p>
          <w:p w:rsidR="681A82EB" w:rsidP="681A82EB" w:rsidRDefault="681A82EB" w14:paraId="79DEA197" w14:textId="11C320CB">
            <w:pPr>
              <w:pStyle w:val="Normal"/>
              <w:ind w:left="0"/>
            </w:pP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4E811ED3" wp14:textId="77777777">
      <w:pPr>
        <w:pStyle w:val="Heading2"/>
      </w:pPr>
      <w:r w:rsidR="1C025541">
        <w:rPr/>
        <w:t>5.1 Indicazioni per comprovare gli elementi dichiarati</w:t>
      </w:r>
    </w:p>
    <w:p w:rsidR="5F7E6AFD" w:rsidP="5F7E6AFD" w:rsidRDefault="5F7E6AFD" w14:paraId="636EB515" w14:textId="0BA69FC7">
      <w:pPr>
        <w:pStyle w:val="Istruzioni"/>
      </w:pPr>
      <w:r w:rsidRPr="681A82EB" w:rsidR="57CB0E75">
        <w:rPr>
          <w:b w:val="1"/>
          <w:bCs w:val="1"/>
        </w:rPr>
        <w:t xml:space="preserve">Come compilare: </w:t>
      </w:r>
      <w:r w:rsidR="57CB0E75">
        <w:rPr/>
        <w:t xml:space="preserve">Allegare documenti esistenti e pertinenti. In particolare: atto ed elaborati approvati per il livello progettuale; schema o attestazione tecnica per fibra/BUL; documentazione di esistenza e funzionamento per control room e piattaforme già attive; accordi, atti o documenti tecnici per integrazioni; schede tecniche e relazione funzionale per OCR, videoanalisi e IA; </w:t>
      </w:r>
      <w:r w:rsidRPr="681A82EB" w:rsidR="57CB0E75">
        <w:rPr>
          <w:highlight w:val="yellow"/>
        </w:rPr>
        <w:t>verbale, nota o altro atto previsto dal bando per il CPOSP.</w:t>
      </w:r>
    </w:p>
    <w:p xmlns:wp14="http://schemas.microsoft.com/office/word/2010/wordml" w14:paraId="4AFD7145" wp14:textId="77777777">
      <w:pPr>
        <w:pStyle w:val="Heading1"/>
      </w:pPr>
      <w:r>
        <w:t>6. CANTIERABILITÀ E ATTUAZIONE</w:t>
      </w:r>
    </w:p>
    <w:p xmlns:wp14="http://schemas.microsoft.com/office/word/2010/wordml" w14:paraId="5492530D" wp14:textId="77777777">
      <w:pPr>
        <w:pStyle w:val="Heading2"/>
      </w:pPr>
      <w:r w:rsidR="79067C25">
        <w:rPr/>
        <w:t>6.1 Livello progettuale e atti</w:t>
      </w:r>
    </w:p>
    <w:p w:rsidR="79067C25" w:rsidP="79067C25" w:rsidRDefault="79067C25" w14:paraId="44198DCA" w14:textId="45CBB3B1">
      <w:pPr>
        <w:pStyle w:val="Istruzioni"/>
      </w:pPr>
      <w:r w:rsidRPr="5F7E6AFD" w:rsidR="1C025541">
        <w:rPr>
          <w:b w:val="1"/>
          <w:bCs w:val="1"/>
        </w:rPr>
        <w:t xml:space="preserve">Come </w:t>
      </w:r>
      <w:r w:rsidRPr="5F7E6AFD" w:rsidR="1C025541">
        <w:rPr>
          <w:b w:val="1"/>
          <w:bCs w:val="1"/>
        </w:rPr>
        <w:t>compilare</w:t>
      </w:r>
      <w:r w:rsidRPr="5F7E6AFD" w:rsidR="1C025541">
        <w:rPr>
          <w:b w:val="1"/>
          <w:bCs w:val="1"/>
        </w:rPr>
        <w:t xml:space="preserve">: </w:t>
      </w:r>
      <w:r w:rsidR="1C025541">
        <w:rPr/>
        <w:t>Indicare</w:t>
      </w:r>
      <w:r w:rsidR="1C025541">
        <w:rPr/>
        <w:t xml:space="preserve"> il </w:t>
      </w:r>
      <w:r w:rsidR="1C025541">
        <w:rPr/>
        <w:t>livello</w:t>
      </w:r>
      <w:r w:rsidR="1C025541">
        <w:rPr/>
        <w:t xml:space="preserve"> </w:t>
      </w:r>
      <w:r w:rsidR="1C025541">
        <w:rPr/>
        <w:t>progettuale</w:t>
      </w:r>
      <w:r w:rsidR="1C025541">
        <w:rPr/>
        <w:t xml:space="preserve"> </w:t>
      </w:r>
      <w:r w:rsidR="1C025541">
        <w:rPr/>
        <w:t>realmente</w:t>
      </w:r>
      <w:r w:rsidR="1C025541">
        <w:rPr/>
        <w:t xml:space="preserve"> </w:t>
      </w:r>
      <w:r w:rsidR="1C025541">
        <w:rPr/>
        <w:t>approvato</w:t>
      </w:r>
      <w:r w:rsidR="1C025541">
        <w:rPr/>
        <w:t xml:space="preserve"> e </w:t>
      </w:r>
      <w:r w:rsidR="1C025541">
        <w:rPr/>
        <w:t>gli</w:t>
      </w:r>
      <w:r w:rsidR="1C025541">
        <w:rPr/>
        <w:t xml:space="preserve"> </w:t>
      </w:r>
      <w:r w:rsidR="1C025541">
        <w:rPr/>
        <w:t>estremi</w:t>
      </w:r>
      <w:r w:rsidR="1C025541">
        <w:rPr/>
        <w:t xml:space="preserve"> </w:t>
      </w:r>
      <w:r w:rsidR="1C025541">
        <w:rPr/>
        <w:t>dell’atto</w:t>
      </w:r>
      <w:r w:rsidR="1C025541">
        <w:rPr/>
        <w:t xml:space="preserve">. Se </w:t>
      </w:r>
      <w:r w:rsidR="1C025541">
        <w:rPr/>
        <w:t>nessuno</w:t>
      </w:r>
      <w:r w:rsidR="1C025541">
        <w:rPr/>
        <w:t xml:space="preserve"> dei </w:t>
      </w:r>
      <w:r w:rsidR="1C025541">
        <w:rPr/>
        <w:t>livelli</w:t>
      </w:r>
      <w:r w:rsidR="1C025541">
        <w:rPr/>
        <w:t xml:space="preserve"> </w:t>
      </w:r>
      <w:r w:rsidR="1C025541">
        <w:rPr/>
        <w:t>premiali</w:t>
      </w:r>
      <w:r w:rsidR="1C025541">
        <w:rPr/>
        <w:t xml:space="preserve"> è </w:t>
      </w:r>
      <w:r w:rsidR="1C025541">
        <w:rPr/>
        <w:t>posseduto</w:t>
      </w:r>
      <w:r w:rsidR="1C025541">
        <w:rPr/>
        <w:t xml:space="preserve">, </w:t>
      </w:r>
      <w:r w:rsidR="1C025541">
        <w:rPr/>
        <w:t>indicare</w:t>
      </w:r>
      <w:r w:rsidR="1C025541">
        <w:rPr/>
        <w:t xml:space="preserve"> lo </w:t>
      </w:r>
      <w:r w:rsidR="1C025541">
        <w:rPr/>
        <w:t>stato</w:t>
      </w:r>
      <w:r w:rsidR="1C025541">
        <w:rPr/>
        <w:t xml:space="preserve"> </w:t>
      </w:r>
      <w:r w:rsidR="1C025541">
        <w:rPr/>
        <w:t>effettivo</w:t>
      </w:r>
      <w:r w:rsidR="1C025541">
        <w:rPr/>
        <w:t xml:space="preserve"> della </w:t>
      </w:r>
      <w:r w:rsidR="1C025541">
        <w:rPr/>
        <w:t>progettazione</w:t>
      </w:r>
      <w:r w:rsidR="1C025541">
        <w:rPr/>
        <w:t xml:space="preserve"> senza </w:t>
      </w:r>
      <w:r w:rsidR="1C025541">
        <w:rPr/>
        <w:t>richiedere</w:t>
      </w:r>
      <w:r w:rsidR="1C025541">
        <w:rPr/>
        <w:t xml:space="preserve"> il </w:t>
      </w:r>
      <w:r w:rsidR="1C025541">
        <w:rPr/>
        <w:t>relativo</w:t>
      </w:r>
      <w:r w:rsidR="1C025541">
        <w:rPr/>
        <w:t xml:space="preserve"> </w:t>
      </w:r>
      <w:r w:rsidR="1C025541">
        <w:rPr/>
        <w:t>punteggio</w:t>
      </w:r>
      <w:r w:rsidR="1C025541">
        <w:rPr/>
        <w:t>.</w:t>
      </w:r>
      <w: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xmlns:wp14="http://schemas.microsoft.com/office/word/2010/wordml" w:rsidTr="5F7E6AFD" w14:paraId="78D5BBAA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42646D17" wp14:textId="77777777">
            <w:r>
              <w:rPr>
                <w:b/>
              </w:rPr>
              <w:t>Livello progettuale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280C4893" w14:textId="4DBE1850">
            <w:pPr>
              <w:pStyle w:val="Normal"/>
            </w:pPr>
            <w:r w:rsidR="5F7E6AFD">
              <w:rPr/>
              <w:t>☐ PFTE   ☐ Esecutivo   ☐ Altro</w:t>
            </w:r>
            <w:r>
              <w:br/>
            </w:r>
            <w:r w:rsidRPr="5F7E6AFD" w:rsidR="5F7E6AFD">
              <w:rPr>
                <w:i w:val="1"/>
                <w:iCs w:val="1"/>
                <w:color w:val="666666"/>
              </w:rPr>
              <w:t>Esempio: Progetto esecutivo approvato</w:t>
            </w:r>
          </w:p>
        </w:tc>
      </w:tr>
      <w:tr xmlns:wp14="http://schemas.microsoft.com/office/word/2010/wordml" w:rsidTr="5F7E6AFD" w14:paraId="59D77F94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635C94B9" wp14:textId="77777777">
            <w:r>
              <w:rPr>
                <w:b/>
              </w:rPr>
              <w:t>Atto di approvazione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51A0D6B9" w14:textId="60F1D1D8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deliberazione della Giunta comunale n. ___ del __/__/____</w:t>
            </w:r>
          </w:p>
        </w:tc>
      </w:tr>
      <w:tr xmlns:wp14="http://schemas.microsoft.com/office/word/2010/wordml" w:rsidTr="5F7E6AFD" w14:paraId="190F1F46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2235C074" wp14:textId="77777777">
            <w:r>
              <w:rPr>
                <w:b/>
              </w:rPr>
              <w:t>Data dell’atto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30EF414C" w14:textId="387148A5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__/__/____</w:t>
            </w:r>
          </w:p>
        </w:tc>
      </w:tr>
      <w:tr xmlns:wp14="http://schemas.microsoft.com/office/word/2010/wordml" w:rsidTr="5F7E6AFD" w14:paraId="0128106C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7549E30D" wp14:textId="77777777">
            <w:r>
              <w:rPr>
                <w:b/>
              </w:rPr>
              <w:t>Elaborati allegati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5CBA6BC1" w14:textId="2C64EEDA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relazione tecnica, quadro economico, planimetria, schede tecniche apparati</w:t>
            </w:r>
          </w:p>
        </w:tc>
      </w:tr>
    </w:tbl>
    <w:p xmlns:wp14="http://schemas.microsoft.com/office/word/2010/wordml" w14:paraId="143D7B7E" wp14:textId="77777777">
      <w:pPr>
        <w:pStyle w:val="Heading2"/>
      </w:pPr>
      <w:r w:rsidR="1C025541">
        <w:rPr/>
        <w:t>6.2 Pareri e autorizzazioni</w:t>
      </w:r>
    </w:p>
    <w:p w:rsidR="5F7E6AFD" w:rsidP="5F7E6AFD" w:rsidRDefault="5F7E6AFD" w14:paraId="33944867" w14:textId="0A719471">
      <w:pPr>
        <w:pStyle w:val="Istruzioni"/>
      </w:pPr>
      <w:r w:rsidRPr="5F7E6AFD" w:rsidR="5F7E6AFD">
        <w:rPr>
          <w:b w:val="1"/>
          <w:bCs w:val="1"/>
        </w:rPr>
        <w:t xml:space="preserve">Come compilare: </w:t>
      </w:r>
      <w:r w:rsidR="5F7E6AFD">
        <w:rPr/>
        <w:t>Indicare prima i pareri già acquisiti e poi quelli ancora necessari. Precisare soggetto competente, stato e data prevista. Per il CPOSP attenersi esattamente alla documentazione e ai termini stabiliti dal bando. I dati riportati in corsivo grigio nella tabella sono esempi e devono essere sostituiti dall’ente compilatore.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xmlns:wp14="http://schemas.microsoft.com/office/word/2010/wordml" w:rsidTr="5F7E6AFD" w14:paraId="4C9EA4EF" wp14:textId="77777777">
        <w:trPr>
          <w:tblHeader w:val="true"/>
        </w:trPr>
        <w:tc>
          <w:tcPr>
            <w:tcW w:w="1994" w:type="dxa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7C4CF273" wp14:textId="77777777">
            <w:pPr>
              <w:jc w:val="center"/>
            </w:pPr>
            <w:r>
              <w:rPr>
                <w:b/>
              </w:rPr>
              <w:t>Parere/atto</w:t>
            </w:r>
          </w:p>
        </w:tc>
        <w:tc>
          <w:tcPr>
            <w:tcW w:w="1994" w:type="dxa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471D9B88" wp14:textId="77777777">
            <w:pPr>
              <w:jc w:val="center"/>
            </w:pPr>
            <w:r>
              <w:rPr>
                <w:b/>
              </w:rPr>
              <w:t>Autorità competente</w:t>
            </w:r>
          </w:p>
        </w:tc>
        <w:tc>
          <w:tcPr>
            <w:tcW w:w="1994" w:type="dxa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6D58EB96" wp14:textId="77777777">
            <w:pPr>
              <w:jc w:val="center"/>
            </w:pPr>
            <w:r>
              <w:rPr>
                <w:b/>
              </w:rPr>
              <w:t>Acquisito Sì/No</w:t>
            </w:r>
          </w:p>
        </w:tc>
        <w:tc>
          <w:tcPr>
            <w:tcW w:w="1994" w:type="dxa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28F68C88" wp14:textId="77777777">
            <w:pPr>
              <w:jc w:val="center"/>
            </w:pPr>
            <w:r>
              <w:rPr>
                <w:b/>
              </w:rPr>
              <w:t>Protocollo/data</w:t>
            </w:r>
          </w:p>
        </w:tc>
        <w:tc>
          <w:tcPr>
            <w:tcW w:w="1994" w:type="dxa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76318A5B" wp14:textId="77777777">
            <w:pPr>
              <w:jc w:val="center"/>
            </w:pPr>
            <w:r>
              <w:rPr>
                <w:b/>
              </w:rPr>
              <w:t>Data prevista se mancante</w:t>
            </w:r>
          </w:p>
        </w:tc>
      </w:tr>
      <w:tr xmlns:wp14="http://schemas.microsoft.com/office/word/2010/wordml" w:rsidTr="5F7E6AFD" w14:paraId="0A9B83AB" wp14:textId="77777777"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6CB97211" w14:textId="1014D8FE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CPOSP - esame del progetto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66ABDA53" w14:textId="2ED494DA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Prefettura competente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2A213CD1" w14:textId="09658F0C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No - trasmesso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17528087" w14:textId="7C094AFD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Nota prot. ___ del __/__/____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6C511BCC" w14:textId="2FEE3E1F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Prima seduta utile / entro __/__/____</w:t>
            </w:r>
          </w:p>
        </w:tc>
      </w:tr>
      <w:tr xmlns:wp14="http://schemas.microsoft.com/office/word/2010/wordml" w:rsidTr="5F7E6AFD" w14:paraId="30D553C1" wp14:textId="77777777"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7AF9993A" w14:textId="47077BEC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Autorizzazione paesaggistica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34CAC9BE" w14:textId="5802AE72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Comune / ente competente alla tutela del vincolo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7B67933F" w14:textId="4FD98693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Non necessaria / oppure No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4CFCA328" w14:textId="5A1ABA37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Verifica interna del __/__/____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1585D1F3" w14:textId="47945367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Entro __/__/____, se necessaria</w:t>
            </w:r>
          </w:p>
        </w:tc>
      </w:tr>
      <w:tr xmlns:wp14="http://schemas.microsoft.com/office/word/2010/wordml" w:rsidTr="5F7E6AFD" w14:paraId="4C0D86B5" wp14:textId="77777777"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685F511E" wp14:textId="77777777">
            <w:r>
              <w:t xml:space="preserve"> 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030C1E12" wp14:textId="77777777">
            <w:r>
              <w:t xml:space="preserve"> 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2A013F76" wp14:textId="77777777">
            <w:r>
              <w:t xml:space="preserve"> 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07DA2A13" wp14:textId="77777777">
            <w:r>
              <w:t xml:space="preserve"> 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2262EFB7" wp14:textId="77777777">
            <w:r>
              <w:t xml:space="preserve"> </w:t>
            </w:r>
          </w:p>
        </w:tc>
      </w:tr>
      <w:tr xmlns:wp14="http://schemas.microsoft.com/office/word/2010/wordml" w:rsidTr="5F7E6AFD" w14:paraId="7B00AE72" wp14:textId="77777777"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32E1FC6F" wp14:textId="77777777">
            <w:r>
              <w:t xml:space="preserve"> 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3BA12C1A" wp14:textId="77777777">
            <w:r>
              <w:t xml:space="preserve"> 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2A337277" wp14:textId="77777777">
            <w:r>
              <w:t xml:space="preserve"> 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563F6820" wp14:textId="77777777">
            <w:r>
              <w:t xml:space="preserve"> 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28DE32AF" wp14:textId="77777777">
            <w:r>
              <w:t xml:space="preserve"> </w:t>
            </w:r>
          </w:p>
        </w:tc>
      </w:tr>
      <w:tr xmlns:wp14="http://schemas.microsoft.com/office/word/2010/wordml" w:rsidTr="5F7E6AFD" w14:paraId="2306FDEC" wp14:textId="77777777"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7BC0AEE0" wp14:textId="77777777">
            <w:r>
              <w:t xml:space="preserve"> 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498AECBE" wp14:textId="77777777">
            <w:r>
              <w:t xml:space="preserve"> 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5463077F" wp14:textId="77777777">
            <w:r>
              <w:t xml:space="preserve"> 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64908678" wp14:textId="77777777">
            <w:r>
              <w:t xml:space="preserve"> </w:t>
            </w:r>
          </w:p>
        </w:tc>
        <w:tc>
          <w:tcPr>
            <w:tcW w:w="1994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07CFA885" wp14:textId="77777777">
            <w:r>
              <w:t xml:space="preserve"> </w:t>
            </w:r>
          </w:p>
        </w:tc>
      </w:tr>
    </w:tbl>
    <w:p xmlns:wp14="http://schemas.microsoft.com/office/word/2010/wordml" w14:paraId="304446AA" wp14:textId="77777777">
      <w:pPr>
        <w:pStyle w:val="Heading2"/>
      </w:pPr>
      <w:r w:rsidR="79067C25">
        <w:rPr/>
        <w:t>6.3 Stazione appaltante</w:t>
      </w:r>
    </w:p>
    <w:p w:rsidR="79067C25" w:rsidP="79067C25" w:rsidRDefault="79067C25" w14:paraId="78129A49" w14:textId="6986C29A">
      <w:pPr>
        <w:pStyle w:val="Istruzioni"/>
      </w:pPr>
      <w:r w:rsidRPr="5F7E6AFD" w:rsidR="1C025541">
        <w:rPr>
          <w:b w:val="1"/>
          <w:bCs w:val="1"/>
        </w:rPr>
        <w:t xml:space="preserve">Come compilare: </w:t>
      </w:r>
      <w:r w:rsidR="1C025541">
        <w:rPr/>
        <w:t>Indicare chi gestirà la procedura di affidamento. Se diverso dal beneficiario, indicare la centrale di committenza, SUA/CUC o altro soggetto e il relativo accordo.</w:t>
      </w:r>
      <w: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xmlns:wp14="http://schemas.microsoft.com/office/word/2010/wordml" w:rsidTr="5F7E6AFD" w14:paraId="590A3AE3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74C867E2" wp14:textId="77777777">
            <w:r>
              <w:rPr>
                <w:b/>
              </w:rPr>
              <w:t>Soggetto che gestirà l’affidamento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65E0213F" w14:textId="4C95B8B1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Comune beneficiario - Ufficio tecnico / Polizia locale</w:t>
            </w:r>
          </w:p>
        </w:tc>
      </w:tr>
      <w:tr xmlns:wp14="http://schemas.microsoft.com/office/word/2010/wordml" w:rsidTr="5F7E6AFD" w14:paraId="441970F9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458CBBA4" wp14:textId="77777777">
            <w:r>
              <w:rPr>
                <w:b/>
              </w:rPr>
              <w:t>Titolo o accordo, se diverso dal beneficiario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25621A87" w14:textId="1312939E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convenzione CUC/SUA vigente, se la procedura è gestita da soggetto diverso</w:t>
            </w:r>
          </w:p>
        </w:tc>
      </w:tr>
    </w:tbl>
    <w:p xmlns:wp14="http://schemas.microsoft.com/office/word/2010/wordml" w14:paraId="2E1A4B5D" wp14:textId="77777777">
      <w:pPr>
        <w:pStyle w:val="Heading2"/>
      </w:pPr>
      <w:r w:rsidR="1C025541">
        <w:rPr/>
        <w:t>6.4 Cronoprogramma</w:t>
      </w:r>
    </w:p>
    <w:p w:rsidR="5F7E6AFD" w:rsidP="5F7E6AFD" w:rsidRDefault="5F7E6AFD" w14:paraId="56587B60" w14:textId="1266A296">
      <w:pPr>
        <w:pStyle w:val="Istruzioni"/>
      </w:pPr>
      <w:r w:rsidRPr="516DEE0F" w:rsidR="07D4BE26">
        <w:rPr>
          <w:b w:val="1"/>
          <w:bCs w:val="1"/>
        </w:rPr>
        <w:t xml:space="preserve">Come compilare: </w:t>
      </w:r>
      <w:r w:rsidR="07D4BE26">
        <w:rPr/>
        <w:t>Inserire date realistiche e coerenti con il termine di ammissibilità delle spese. Se una fase è già conclusa, indicare la data effettiva. I dati riportati in corsivo grigio nella tabella sono esempi e devono essere sostituiti dall’ente compilatore.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0"/>
        <w:gridCol w:w="2490"/>
        <w:gridCol w:w="2490"/>
        <w:gridCol w:w="2490"/>
      </w:tblGrid>
      <w:tr w:rsidR="516DEE0F" w:rsidTr="516DEE0F" w14:paraId="2EC135AB">
        <w:tc>
          <w:tcPr>
            <w:tcW w:w="2490" w:type="dxa"/>
            <w:shd w:val="clear" w:color="auto" w:fill="D9E2F3"/>
            <w:tcMar/>
          </w:tcPr>
          <w:p w:rsidR="516DEE0F" w:rsidP="516DEE0F" w:rsidRDefault="516DEE0F" w14:paraId="1091B749" w14:textId="22A1E79C">
            <w:pPr>
              <w:pStyle w:val="Normal"/>
              <w:jc w:val="center"/>
            </w:pPr>
            <w:r w:rsidRPr="516DEE0F" w:rsidR="516DEE0F">
              <w:rPr>
                <w:b w:val="1"/>
                <w:bCs w:val="1"/>
              </w:rPr>
              <w:t>Fase</w:t>
            </w:r>
          </w:p>
        </w:tc>
        <w:tc>
          <w:tcPr>
            <w:tcW w:w="2490" w:type="dxa"/>
            <w:shd w:val="clear" w:color="auto" w:fill="D9E2F3"/>
            <w:tcMar/>
          </w:tcPr>
          <w:p w:rsidR="516DEE0F" w:rsidP="516DEE0F" w:rsidRDefault="516DEE0F" w14:paraId="2B375643" w14:textId="5A646B2D">
            <w:pPr>
              <w:pStyle w:val="Normal"/>
              <w:jc w:val="center"/>
            </w:pPr>
            <w:r w:rsidRPr="516DEE0F" w:rsidR="516DEE0F">
              <w:rPr>
                <w:b w:val="1"/>
                <w:bCs w:val="1"/>
              </w:rPr>
              <w:t>Data inizio</w:t>
            </w:r>
          </w:p>
        </w:tc>
        <w:tc>
          <w:tcPr>
            <w:tcW w:w="2490" w:type="dxa"/>
            <w:shd w:val="clear" w:color="auto" w:fill="D9E2F3"/>
            <w:tcMar/>
          </w:tcPr>
          <w:p w:rsidR="516DEE0F" w:rsidP="516DEE0F" w:rsidRDefault="516DEE0F" w14:paraId="4E59ED66" w14:textId="4A77778B">
            <w:pPr>
              <w:pStyle w:val="Normal"/>
              <w:jc w:val="center"/>
            </w:pPr>
            <w:r w:rsidRPr="516DEE0F" w:rsidR="516DEE0F">
              <w:rPr>
                <w:b w:val="1"/>
                <w:bCs w:val="1"/>
              </w:rPr>
              <w:t>Data fine</w:t>
            </w:r>
          </w:p>
        </w:tc>
        <w:tc>
          <w:tcPr>
            <w:tcW w:w="2490" w:type="dxa"/>
            <w:shd w:val="clear" w:color="auto" w:fill="D9E2F3"/>
            <w:tcMar/>
          </w:tcPr>
          <w:p w:rsidR="516DEE0F" w:rsidP="516DEE0F" w:rsidRDefault="516DEE0F" w14:paraId="49C88ECC" w14:textId="48FD1C20">
            <w:pPr>
              <w:pStyle w:val="Normal"/>
              <w:jc w:val="center"/>
            </w:pPr>
            <w:r w:rsidRPr="516DEE0F" w:rsidR="516DEE0F">
              <w:rPr>
                <w:b w:val="1"/>
                <w:bCs w:val="1"/>
              </w:rPr>
              <w:t>Atto o risultato previsto</w:t>
            </w:r>
          </w:p>
        </w:tc>
      </w:tr>
      <w:tr w:rsidR="516DEE0F" w:rsidTr="516DEE0F" w14:paraId="66FB4CFB">
        <w:tc>
          <w:tcPr>
            <w:tcW w:w="2490" w:type="dxa"/>
            <w:tcMar/>
          </w:tcPr>
          <w:p w:rsidR="516DEE0F" w:rsidP="516DEE0F" w:rsidRDefault="516DEE0F" w14:paraId="293058DA" w14:textId="1210C81F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Completamento progettazione</w:t>
            </w:r>
          </w:p>
        </w:tc>
        <w:tc>
          <w:tcPr>
            <w:tcW w:w="2490" w:type="dxa"/>
            <w:tcMar/>
          </w:tcPr>
          <w:p w:rsidR="516DEE0F" w:rsidP="516DEE0F" w:rsidRDefault="516DEE0F" w14:paraId="5C0E735E" w14:textId="7AA50DE1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01/09/2026</w:t>
            </w:r>
          </w:p>
        </w:tc>
        <w:tc>
          <w:tcPr>
            <w:tcW w:w="2490" w:type="dxa"/>
            <w:tcMar/>
          </w:tcPr>
          <w:p w:rsidR="516DEE0F" w:rsidP="516DEE0F" w:rsidRDefault="516DEE0F" w14:paraId="728A50FC" w14:textId="6640ACAD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30/09/2026</w:t>
            </w:r>
          </w:p>
        </w:tc>
        <w:tc>
          <w:tcPr>
            <w:tcW w:w="2490" w:type="dxa"/>
            <w:tcMar/>
          </w:tcPr>
          <w:p w:rsidR="516DEE0F" w:rsidP="516DEE0F" w:rsidRDefault="516DEE0F" w14:paraId="70F5C973" w14:textId="5A4D3E58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Progetto approvato e completo degli elaborati tecnici</w:t>
            </w:r>
          </w:p>
        </w:tc>
      </w:tr>
      <w:tr w:rsidR="516DEE0F" w:rsidTr="516DEE0F" w14:paraId="028D2172">
        <w:tc>
          <w:tcPr>
            <w:tcW w:w="2490" w:type="dxa"/>
            <w:tcMar/>
          </w:tcPr>
          <w:p w:rsidR="516DEE0F" w:rsidP="516DEE0F" w:rsidRDefault="516DEE0F" w14:paraId="0313B181" w14:textId="7CC3145D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Acquisizione pareri</w:t>
            </w:r>
          </w:p>
        </w:tc>
        <w:tc>
          <w:tcPr>
            <w:tcW w:w="2490" w:type="dxa"/>
            <w:tcMar/>
          </w:tcPr>
          <w:p w:rsidR="516DEE0F" w:rsidP="516DEE0F" w:rsidRDefault="516DEE0F" w14:paraId="399DF974" w14:textId="6D515576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01/09/2026</w:t>
            </w:r>
          </w:p>
        </w:tc>
        <w:tc>
          <w:tcPr>
            <w:tcW w:w="2490" w:type="dxa"/>
            <w:tcMar/>
          </w:tcPr>
          <w:p w:rsidR="516DEE0F" w:rsidP="516DEE0F" w:rsidRDefault="516DEE0F" w14:paraId="75A1C2E7" w14:textId="49394066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15/10/2026</w:t>
            </w:r>
          </w:p>
        </w:tc>
        <w:tc>
          <w:tcPr>
            <w:tcW w:w="2490" w:type="dxa"/>
            <w:tcMar/>
          </w:tcPr>
          <w:p w:rsidR="516DEE0F" w:rsidP="516DEE0F" w:rsidRDefault="516DEE0F" w14:paraId="473CC717" w14:textId="38FC3784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Pareri/autorizzazioni acquisiti oppure attestazione di non necessità</w:t>
            </w:r>
          </w:p>
        </w:tc>
      </w:tr>
      <w:tr w:rsidR="516DEE0F" w:rsidTr="516DEE0F" w14:paraId="51058F76">
        <w:tc>
          <w:tcPr>
            <w:tcW w:w="2490" w:type="dxa"/>
            <w:tcMar/>
          </w:tcPr>
          <w:p w:rsidR="516DEE0F" w:rsidP="516DEE0F" w:rsidRDefault="516DEE0F" w14:paraId="660CFD36" w14:textId="6F0B340B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Affidamento</w:t>
            </w:r>
          </w:p>
        </w:tc>
        <w:tc>
          <w:tcPr>
            <w:tcW w:w="2490" w:type="dxa"/>
            <w:tcMar/>
          </w:tcPr>
          <w:p w:rsidR="516DEE0F" w:rsidP="516DEE0F" w:rsidRDefault="516DEE0F" w14:paraId="240E1A88" w14:textId="6F7FEBE6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16/10/2026</w:t>
            </w:r>
          </w:p>
        </w:tc>
        <w:tc>
          <w:tcPr>
            <w:tcW w:w="2490" w:type="dxa"/>
            <w:tcMar/>
          </w:tcPr>
          <w:p w:rsidR="516DEE0F" w:rsidP="516DEE0F" w:rsidRDefault="516DEE0F" w14:paraId="278C89B0" w14:textId="3349B160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15/11/2026</w:t>
            </w:r>
          </w:p>
        </w:tc>
        <w:tc>
          <w:tcPr>
            <w:tcW w:w="2490" w:type="dxa"/>
            <w:tcMar/>
          </w:tcPr>
          <w:p w:rsidR="516DEE0F" w:rsidP="516DEE0F" w:rsidRDefault="516DEE0F" w14:paraId="33EE5E5E" w14:textId="30A8FAE8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Determina di affidamento / stipula contratto</w:t>
            </w:r>
          </w:p>
        </w:tc>
      </w:tr>
      <w:tr w:rsidR="516DEE0F" w:rsidTr="516DEE0F" w14:paraId="272675F7">
        <w:tc>
          <w:tcPr>
            <w:tcW w:w="2490" w:type="dxa"/>
            <w:tcMar/>
          </w:tcPr>
          <w:p w:rsidR="516DEE0F" w:rsidP="516DEE0F" w:rsidRDefault="516DEE0F" w14:paraId="2BA3E060" w14:textId="6F04386A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Installazione/esecuzione</w:t>
            </w:r>
          </w:p>
        </w:tc>
        <w:tc>
          <w:tcPr>
            <w:tcW w:w="2490" w:type="dxa"/>
            <w:tcMar/>
          </w:tcPr>
          <w:p w:rsidR="516DEE0F" w:rsidP="516DEE0F" w:rsidRDefault="516DEE0F" w14:paraId="75CB630B" w14:textId="49FC5D60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16/11/2026</w:t>
            </w:r>
          </w:p>
        </w:tc>
        <w:tc>
          <w:tcPr>
            <w:tcW w:w="2490" w:type="dxa"/>
            <w:tcMar/>
          </w:tcPr>
          <w:p w:rsidR="516DEE0F" w:rsidP="516DEE0F" w:rsidRDefault="516DEE0F" w14:paraId="42446A85" w14:textId="47A23559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15/12/2026</w:t>
            </w:r>
          </w:p>
        </w:tc>
        <w:tc>
          <w:tcPr>
            <w:tcW w:w="2490" w:type="dxa"/>
            <w:tcMar/>
          </w:tcPr>
          <w:p w:rsidR="516DEE0F" w:rsidP="516DEE0F" w:rsidRDefault="516DEE0F" w14:paraId="43E51DD3" w14:textId="27E582BF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Installazione degli apparati e configurazione infrastrutture</w:t>
            </w:r>
          </w:p>
        </w:tc>
      </w:tr>
      <w:tr w:rsidR="516DEE0F" w:rsidTr="516DEE0F" w14:paraId="15D9133F">
        <w:tc>
          <w:tcPr>
            <w:tcW w:w="2490" w:type="dxa"/>
            <w:tcMar/>
          </w:tcPr>
          <w:p w:rsidR="516DEE0F" w:rsidP="516DEE0F" w:rsidRDefault="516DEE0F" w14:paraId="4A6F382F" w14:textId="061CC01A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Configurazione e test</w:t>
            </w:r>
          </w:p>
        </w:tc>
        <w:tc>
          <w:tcPr>
            <w:tcW w:w="2490" w:type="dxa"/>
            <w:tcMar/>
          </w:tcPr>
          <w:p w:rsidR="516DEE0F" w:rsidP="516DEE0F" w:rsidRDefault="516DEE0F" w14:paraId="1FF64267" w14:textId="0D3DC35F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16/12/2026</w:t>
            </w:r>
          </w:p>
        </w:tc>
        <w:tc>
          <w:tcPr>
            <w:tcW w:w="2490" w:type="dxa"/>
            <w:tcMar/>
          </w:tcPr>
          <w:p w:rsidR="516DEE0F" w:rsidP="516DEE0F" w:rsidRDefault="516DEE0F" w14:paraId="3AA2F3BB" w14:textId="5C343278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23/12/2026</w:t>
            </w:r>
          </w:p>
        </w:tc>
        <w:tc>
          <w:tcPr>
            <w:tcW w:w="2490" w:type="dxa"/>
            <w:tcMar/>
          </w:tcPr>
          <w:p w:rsidR="516DEE0F" w:rsidP="516DEE0F" w:rsidRDefault="516DEE0F" w14:paraId="7C2C7E2C" w14:textId="5BBA0083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Attivazione dei sistemi e verifica funzionale</w:t>
            </w:r>
          </w:p>
        </w:tc>
      </w:tr>
      <w:tr w:rsidR="516DEE0F" w:rsidTr="516DEE0F" w14:paraId="0D8BBAEA">
        <w:tc>
          <w:tcPr>
            <w:tcW w:w="2490" w:type="dxa"/>
            <w:tcMar/>
          </w:tcPr>
          <w:p w:rsidR="516DEE0F" w:rsidP="516DEE0F" w:rsidRDefault="516DEE0F" w14:paraId="7A11C1DF" w14:textId="68E33270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Collaudo / CRE / verifica di conformità</w:t>
            </w:r>
          </w:p>
        </w:tc>
        <w:tc>
          <w:tcPr>
            <w:tcW w:w="2490" w:type="dxa"/>
            <w:tcMar/>
          </w:tcPr>
          <w:p w:rsidR="516DEE0F" w:rsidP="516DEE0F" w:rsidRDefault="516DEE0F" w14:paraId="3F06D3CD" w14:textId="1F985175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24/12/2026</w:t>
            </w:r>
          </w:p>
        </w:tc>
        <w:tc>
          <w:tcPr>
            <w:tcW w:w="2490" w:type="dxa"/>
            <w:tcMar/>
          </w:tcPr>
          <w:p w:rsidR="516DEE0F" w:rsidP="516DEE0F" w:rsidRDefault="516DEE0F" w14:paraId="7705A64E" w14:textId="0ADEF4FB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30/12/2026</w:t>
            </w:r>
          </w:p>
        </w:tc>
        <w:tc>
          <w:tcPr>
            <w:tcW w:w="2490" w:type="dxa"/>
            <w:tcMar/>
          </w:tcPr>
          <w:p w:rsidR="516DEE0F" w:rsidP="516DEE0F" w:rsidRDefault="516DEE0F" w14:paraId="0B7B4999" w14:textId="7DE8C1B3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Verbale di collaudo, verifica di conformità o certificato di regolare esecuzione</w:t>
            </w:r>
          </w:p>
        </w:tc>
      </w:tr>
      <w:tr w:rsidR="516DEE0F" w:rsidTr="516DEE0F" w14:paraId="23A37875">
        <w:tc>
          <w:tcPr>
            <w:tcW w:w="2490" w:type="dxa"/>
            <w:tcMar/>
          </w:tcPr>
          <w:p w:rsidR="516DEE0F" w:rsidP="516DEE0F" w:rsidRDefault="516DEE0F" w14:paraId="1E9E5155" w14:textId="7AFF61BF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Entrata in esercizio</w:t>
            </w:r>
          </w:p>
        </w:tc>
        <w:tc>
          <w:tcPr>
            <w:tcW w:w="2490" w:type="dxa"/>
            <w:tcMar/>
          </w:tcPr>
          <w:p w:rsidR="516DEE0F" w:rsidP="516DEE0F" w:rsidRDefault="516DEE0F" w14:paraId="2C00788C" w14:textId="5137E8C1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31/12/2026</w:t>
            </w:r>
          </w:p>
        </w:tc>
        <w:tc>
          <w:tcPr>
            <w:tcW w:w="2490" w:type="dxa"/>
            <w:tcMar/>
          </w:tcPr>
          <w:p w:rsidR="516DEE0F" w:rsidP="516DEE0F" w:rsidRDefault="516DEE0F" w14:paraId="5EFDD217" w14:textId="6F5052F2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31/12/2026</w:t>
            </w:r>
          </w:p>
        </w:tc>
        <w:tc>
          <w:tcPr>
            <w:tcW w:w="2490" w:type="dxa"/>
            <w:tcMar/>
          </w:tcPr>
          <w:p w:rsidR="516DEE0F" w:rsidP="516DEE0F" w:rsidRDefault="516DEE0F" w14:paraId="24D566E3" w14:textId="3CF9C215">
            <w:pPr>
              <w:pStyle w:val="Normal"/>
            </w:pPr>
            <w:r w:rsidRPr="516DEE0F" w:rsidR="516DEE0F">
              <w:rPr>
                <w:i w:val="1"/>
                <w:iCs w:val="1"/>
                <w:color w:val="666666"/>
              </w:rPr>
              <w:t>Sistema attivo e operativo</w:t>
            </w:r>
          </w:p>
        </w:tc>
      </w:tr>
    </w:tbl>
    <w:p w:rsidR="516DEE0F" w:rsidP="516DEE0F" w:rsidRDefault="516DEE0F" w14:paraId="79C91DC1" w14:textId="05031AC5">
      <w:pPr>
        <w:pStyle w:val="Normal"/>
      </w:pPr>
    </w:p>
    <w:p w:rsidR="516DEE0F" w:rsidP="516DEE0F" w:rsidRDefault="516DEE0F" w14:paraId="4B76CAF8" w14:textId="2B671873">
      <w:pPr>
        <w:pStyle w:val="Heading1"/>
      </w:pPr>
    </w:p>
    <w:p xmlns:wp14="http://schemas.microsoft.com/office/word/2010/wordml" w14:paraId="5C48FAFE" wp14:textId="77777777">
      <w:pPr>
        <w:pStyle w:val="Heading1"/>
      </w:pPr>
      <w:r>
        <w:t>7. GESTIONE, CONFORMITÀ E SOSTENIBILITÀ</w:t>
      </w:r>
    </w:p>
    <w:p xmlns:wp14="http://schemas.microsoft.com/office/word/2010/wordml" w14:paraId="3599A432" wp14:textId="77777777">
      <w:pPr>
        <w:pStyle w:val="Heading2"/>
      </w:pPr>
      <w:r w:rsidR="79067C25">
        <w:rPr/>
        <w:t>7.1 Gestione e manutenzione</w:t>
      </w:r>
    </w:p>
    <w:p w:rsidR="79067C25" w:rsidP="79067C25" w:rsidRDefault="79067C25" w14:paraId="39A5232D" w14:textId="4D6659A0">
      <w:pPr>
        <w:pStyle w:val="Istruzioni"/>
      </w:pPr>
      <w:r w:rsidRPr="5F7E6AFD" w:rsidR="1C025541">
        <w:rPr>
          <w:b w:val="1"/>
          <w:bCs w:val="1"/>
        </w:rPr>
        <w:t xml:space="preserve">Come </w:t>
      </w:r>
      <w:r w:rsidRPr="5F7E6AFD" w:rsidR="1C025541">
        <w:rPr>
          <w:b w:val="1"/>
          <w:bCs w:val="1"/>
        </w:rPr>
        <w:t>compilare</w:t>
      </w:r>
      <w:r w:rsidRPr="5F7E6AFD" w:rsidR="1C025541">
        <w:rPr>
          <w:b w:val="1"/>
          <w:bCs w:val="1"/>
        </w:rPr>
        <w:t xml:space="preserve">: </w:t>
      </w:r>
      <w:r w:rsidR="1C025541">
        <w:rPr/>
        <w:t>Indicare</w:t>
      </w:r>
      <w:r w:rsidR="1C025541">
        <w:rPr/>
        <w:t xml:space="preserve"> chi </w:t>
      </w:r>
      <w:r w:rsidR="1C025541">
        <w:rPr/>
        <w:t>utilizzerà</w:t>
      </w:r>
      <w:r w:rsidR="1C025541">
        <w:rPr/>
        <w:t xml:space="preserve"> il sistema, chi ne </w:t>
      </w:r>
      <w:r w:rsidR="1C025541">
        <w:rPr/>
        <w:t>curerà</w:t>
      </w:r>
      <w:r w:rsidR="1C025541">
        <w:rPr/>
        <w:t xml:space="preserve"> la </w:t>
      </w:r>
      <w:r w:rsidR="1C025541">
        <w:rPr/>
        <w:t>manutenzione</w:t>
      </w:r>
      <w:r w:rsidR="1C025541">
        <w:rPr/>
        <w:t xml:space="preserve">, il </w:t>
      </w:r>
      <w:r w:rsidR="1C025541">
        <w:rPr/>
        <w:t>costo</w:t>
      </w:r>
      <w:r w:rsidR="1C025541">
        <w:rPr/>
        <w:t xml:space="preserve"> </w:t>
      </w:r>
      <w:r w:rsidR="1C025541">
        <w:rPr/>
        <w:t>annuo</w:t>
      </w:r>
      <w:r w:rsidR="1C025541">
        <w:rPr/>
        <w:t xml:space="preserve"> </w:t>
      </w:r>
      <w:r w:rsidR="1C025541">
        <w:rPr/>
        <w:t>stimato</w:t>
      </w:r>
      <w:r w:rsidR="1C025541">
        <w:rPr/>
        <w:t xml:space="preserve"> e come </w:t>
      </w:r>
      <w:r w:rsidR="1C025541">
        <w:rPr/>
        <w:t>sarà</w:t>
      </w:r>
      <w:r w:rsidR="1C025541">
        <w:rPr/>
        <w:t xml:space="preserve"> </w:t>
      </w:r>
      <w:r w:rsidR="1C025541">
        <w:rPr/>
        <w:t>garantita</w:t>
      </w:r>
      <w:r w:rsidR="1C025541">
        <w:rPr/>
        <w:t xml:space="preserve"> la </w:t>
      </w:r>
      <w:r w:rsidR="1C025541">
        <w:rPr/>
        <w:t>copertura</w:t>
      </w:r>
      <w:r w:rsidR="1C025541">
        <w:rPr/>
        <w:t xml:space="preserve"> per il </w:t>
      </w:r>
      <w:r w:rsidR="1C025541">
        <w:rPr/>
        <w:t>periodo</w:t>
      </w:r>
      <w:r w:rsidR="1C025541">
        <w:rPr/>
        <w:t xml:space="preserve"> </w:t>
      </w:r>
      <w:r w:rsidR="1C025541">
        <w:rPr/>
        <w:t>previsto</w:t>
      </w:r>
      <w:r w:rsidR="1C025541">
        <w:rPr/>
        <w:t xml:space="preserve"> dal bando.</w:t>
      </w:r>
      <w: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xmlns:wp14="http://schemas.microsoft.com/office/word/2010/wordml" w:rsidTr="5F7E6AFD" w14:paraId="0CE7B8D4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6DD1947E" wp14:textId="77777777">
            <w:r>
              <w:rPr>
                <w:b/>
              </w:rPr>
              <w:t>Struttura utilizzatrice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6FD66E61" w14:textId="5F037FD0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Comando di Polizia locale</w:t>
            </w:r>
          </w:p>
        </w:tc>
      </w:tr>
      <w:tr xmlns:wp14="http://schemas.microsoft.com/office/word/2010/wordml" w:rsidTr="5F7E6AFD" w14:paraId="57EFBB0D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5136266D" wp14:textId="77777777">
            <w:r>
              <w:rPr>
                <w:b/>
              </w:rPr>
              <w:t>Soggetto manutentore o modalità prevista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05C71194" w14:textId="14F26AE8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contratto di assistenza con operatore economico specializzato o servizio già attivo dell’ente</w:t>
            </w:r>
          </w:p>
        </w:tc>
      </w:tr>
      <w:tr xmlns:wp14="http://schemas.microsoft.com/office/word/2010/wordml" w:rsidTr="5F7E6AFD" w14:paraId="34A12711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7FBA04A5" wp14:textId="77777777">
            <w:r>
              <w:rPr>
                <w:b/>
              </w:rPr>
              <w:t>Costo annuo stimato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05001E5A" wp14:textId="77777777">
            <w:r>
              <w:t xml:space="preserve">€ </w:t>
            </w:r>
          </w:p>
        </w:tc>
      </w:tr>
      <w:tr xmlns:wp14="http://schemas.microsoft.com/office/word/2010/wordml" w:rsidTr="5F7E6AFD" w14:paraId="1A262A71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61DD80E3" wp14:textId="77777777">
            <w:r>
              <w:rPr>
                <w:b/>
              </w:rPr>
              <w:t>Copertura finanziaria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1A7BFD1F" w14:textId="36D28683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stanziamento sul bilancio comunale per il periodo di funzionalità richiesto</w:t>
            </w:r>
          </w:p>
        </w:tc>
      </w:tr>
      <w:tr xmlns:wp14="http://schemas.microsoft.com/office/word/2010/wordml" w:rsidTr="5F7E6AFD" w14:paraId="60BE5DDF" wp14:textId="77777777">
        <w:tc>
          <w:tcPr>
            <w:tcW w:w="4986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2660B7EC" wp14:textId="77777777">
            <w:r>
              <w:rPr>
                <w:b/>
              </w:rPr>
              <w:t>Durata garantita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148CF6E6" wp14:textId="77777777">
            <w:r>
              <w:t>5 anni o diverso periodo previsto dal bando</w:t>
            </w:r>
          </w:p>
        </w:tc>
      </w:tr>
    </w:tbl>
    <w:p xmlns:wp14="http://schemas.microsoft.com/office/word/2010/wordml" w14:paraId="6FB2B002" wp14:textId="77777777">
      <w:pPr>
        <w:pStyle w:val="Heading2"/>
      </w:pPr>
      <w:r w:rsidR="1C025541">
        <w:rPr/>
        <w:t>7.2 Protezione dei dati e sicurezza informatica</w:t>
      </w:r>
    </w:p>
    <w:p w:rsidR="5F7E6AFD" w:rsidP="5F7E6AFD" w:rsidRDefault="5F7E6AFD" w14:paraId="32CF4012" w14:textId="19FEFB7A">
      <w:pPr>
        <w:pStyle w:val="Istruzioni"/>
      </w:pPr>
      <w:r w:rsidRPr="5F7E6AFD" w:rsidR="5F7E6AFD">
        <w:rPr>
          <w:b w:val="1"/>
          <w:bCs w:val="1"/>
        </w:rPr>
        <w:t xml:space="preserve">Come compilare: </w:t>
      </w:r>
      <w:r w:rsidR="5F7E6AFD">
        <w:rPr/>
        <w:t>Non è richiesta una descrizione tecnica specialistica. Indicare il titolare del trattamento e dichiarare che, prima dell’entrata in esercizio, saranno adottati gli adempimenti e le misure necessari in materia di protezione dei dati e sicurezza informatica. Se sono previste OCR, videoanalisi o IA, descrivere sinteticamente la funzione e dichiarare l’eventuale presenza o assenza di funzioni biometriche. I dati riportati in corsivo grigio nella tabella sono esempi e devono essere sostituiti dall’ente compilatore.</w:t>
      </w: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4980"/>
        <w:gridCol w:w="6"/>
        <w:gridCol w:w="4974"/>
        <w:gridCol w:w="12"/>
      </w:tblGrid>
      <w:tr xmlns:wp14="http://schemas.microsoft.com/office/word/2010/wordml" w:rsidTr="56A4170B" w14:paraId="2FE60F40" wp14:textId="77777777">
        <w:tc>
          <w:tcPr>
            <w:tcW w:w="4986" w:type="dxa"/>
            <w:gridSpan w:val="2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089F35C8" wp14:textId="77777777">
            <w:r>
              <w:rPr>
                <w:b/>
              </w:rPr>
              <w:t>Titolare del trattamento</w:t>
            </w:r>
          </w:p>
        </w:tc>
        <w:tc>
          <w:tcPr>
            <w:tcW w:w="4986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29DB41E8" w14:textId="3651E913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Comune di ______</w:t>
            </w:r>
          </w:p>
        </w:tc>
      </w:tr>
      <w:tr xmlns:wp14="http://schemas.microsoft.com/office/word/2010/wordml" w:rsidTr="56A4170B" w14:paraId="4E4BBE53" wp14:textId="77777777">
        <w:tc>
          <w:tcPr>
            <w:tcW w:w="4986" w:type="dxa"/>
            <w:gridSpan w:val="2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0E7932BD" wp14:textId="77777777">
            <w:r>
              <w:rPr>
                <w:b/>
              </w:rPr>
              <w:t>DPO/RPD dell’ente</w:t>
            </w:r>
          </w:p>
        </w:tc>
        <w:tc>
          <w:tcPr>
            <w:tcW w:w="4986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3B61CDA2" w14:textId="5FC1555C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nominativo o ufficio RPD/DPO dell’ente</w:t>
            </w:r>
          </w:p>
        </w:tc>
      </w:tr>
      <w:tr xmlns:wp14="http://schemas.microsoft.com/office/word/2010/wordml" w:rsidTr="56A4170B" w14:paraId="0CEB225F" wp14:textId="77777777">
        <w:tc>
          <w:tcPr>
            <w:tcW w:w="4986" w:type="dxa"/>
            <w:gridSpan w:val="2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480833F7" wp14:textId="77777777">
            <w:r>
              <w:rPr>
                <w:b/>
              </w:rPr>
              <w:t>Tempo di conservazione previsto</w:t>
            </w:r>
          </w:p>
        </w:tc>
        <w:tc>
          <w:tcPr>
            <w:tcW w:w="4986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57ED1AFD" w14:textId="34A426C4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tempo definito dal regolamento/atto privacy dell’ente</w:t>
            </w:r>
          </w:p>
        </w:tc>
      </w:tr>
      <w:tr xmlns:wp14="http://schemas.microsoft.com/office/word/2010/wordml" w:rsidTr="56A4170B" w14:paraId="36A6F9EF" wp14:textId="77777777">
        <w:tc>
          <w:tcPr>
            <w:tcW w:w="4986" w:type="dxa"/>
            <w:gridSpan w:val="2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2DCF85A1" wp14:textId="77777777">
            <w:r>
              <w:rPr>
                <w:b/>
              </w:rPr>
              <w:t>Funzioni biometriche</w:t>
            </w:r>
          </w:p>
        </w:tc>
        <w:tc>
          <w:tcPr>
            <w:tcW w:w="4986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6E8AE681" wp14:textId="77777777">
            <w:r>
              <w:t>☐ assenti   ☐ presenti, specificare</w:t>
            </w:r>
          </w:p>
        </w:tc>
      </w:tr>
      <w:tr xmlns:wp14="http://schemas.microsoft.com/office/word/2010/wordml" w:rsidTr="56A4170B" w14:paraId="2F26331D" wp14:textId="77777777">
        <w:tc>
          <w:tcPr>
            <w:tcW w:w="4986" w:type="dxa"/>
            <w:gridSpan w:val="2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31228D7B" wp14:textId="77777777">
            <w:r>
              <w:rPr>
                <w:b/>
              </w:rPr>
              <w:t>Valutazione DPIA</w:t>
            </w:r>
          </w:p>
        </w:tc>
        <w:tc>
          <w:tcPr>
            <w:tcW w:w="4986" w:type="dxa"/>
            <w:gridSpan w:val="2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42269246" wp14:textId="77777777">
            <w:r>
              <w:t>☐ non ritenuta necessaria   ☐ necessaria   ☐ da completare prima dell’esercizio</w:t>
            </w:r>
          </w:p>
        </w:tc>
      </w:tr>
      <w:tr w:rsidR="5F7E6AFD" w:rsidTr="56A4170B" w14:paraId="65A3B974">
        <w:trPr>
          <w:wAfter w:w="12" w:type="dxa"/>
          <w:gridAfter w:val="1"/>
        </w:trPr>
        <w:tc>
          <w:tcPr>
            <w:tcW w:w="4980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:rsidR="5F7E6AFD" w:rsidP="5F7E6AFD" w:rsidRDefault="5F7E6AFD" w14:paraId="6B5348C1" w14:textId="277E3C3B">
            <w:pPr>
              <w:pStyle w:val="Normal"/>
            </w:pPr>
            <w:r w:rsidRPr="5F7E6AFD" w:rsidR="5F7E6AFD">
              <w:rPr>
                <w:b w:val="1"/>
                <w:bCs w:val="1"/>
              </w:rPr>
              <w:t>Adempimenti prima dell’entrata in esercizio</w:t>
            </w:r>
          </w:p>
        </w:tc>
        <w:tc>
          <w:tcPr>
            <w:tcW w:w="4980" w:type="dxa"/>
            <w:gridSpan w:val="2"/>
            <w:tcMar/>
          </w:tcPr>
          <w:p w:rsidR="5F7E6AFD" w:rsidP="5F7E6AFD" w:rsidRDefault="5F7E6AFD" w14:paraId="1A838A35" w14:textId="1075686A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aggiornamento degli atti privacy, informativa/segnaletica, autorizzazioni interne al personale incaricato e registro dei trattamenti, ove necessario secondo la valutazione dell’ente.</w:t>
            </w:r>
          </w:p>
        </w:tc>
      </w:tr>
      <w:tr w:rsidR="5F7E6AFD" w:rsidTr="56A4170B" w14:paraId="21236F84">
        <w:trPr>
          <w:wAfter w:w="12" w:type="dxa"/>
          <w:gridAfter w:val="1"/>
        </w:trPr>
        <w:tc>
          <w:tcPr>
            <w:tcW w:w="4980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:rsidR="5F7E6AFD" w:rsidP="5F7E6AFD" w:rsidRDefault="5F7E6AFD" w14:paraId="04BCF58B" w14:textId="17EF7E6E">
            <w:pPr>
              <w:pStyle w:val="Normal"/>
            </w:pPr>
            <w:r w:rsidRPr="5F7E6AFD" w:rsidR="5F7E6AFD">
              <w:rPr>
                <w:b w:val="1"/>
                <w:bCs w:val="1"/>
              </w:rPr>
              <w:t>Funzione OCR/videoanalisi/IA prevista</w:t>
            </w:r>
          </w:p>
        </w:tc>
        <w:tc>
          <w:tcPr>
            <w:tcW w:w="4980" w:type="dxa"/>
            <w:gridSpan w:val="2"/>
            <w:tcMar/>
          </w:tcPr>
          <w:p w:rsidR="5F7E6AFD" w:rsidP="5F7E6AFD" w:rsidRDefault="5F7E6AFD" w14:paraId="4E6C4B4E" w14:textId="7C649A5C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lettura automatica delle targhe tramite varco OCR V01; eventuali funzioni di videoanalisi o IA devono essere descritte solo se effettivamente presenti e documentate nelle schede tecniche.</w:t>
            </w:r>
          </w:p>
        </w:tc>
      </w:tr>
      <w:tr w:rsidR="56A4170B" w:rsidTr="56A4170B" w14:paraId="2F05AB37">
        <w:trPr>
          <w:gridAfter w:val="1"/>
          <w:trHeight w:val="300"/>
        </w:trPr>
        <w:tc>
          <w:tcPr>
            <w:tcW w:w="4980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:rsidR="640DB3F5" w:rsidP="56A4170B" w:rsidRDefault="640DB3F5" w14:paraId="0C6C6D1A" w14:textId="78D01D3F">
            <w:pPr>
              <w:pStyle w:val="Normal"/>
              <w:rPr>
                <w:rFonts w:ascii="Arial Narrow" w:hAnsi="Arial Narrow" w:eastAsia="Arial Narrow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6A4170B" w:rsidR="640DB3F5">
              <w:rPr>
                <w:rFonts w:ascii="Arial Narrow" w:hAnsi="Arial Narrow" w:eastAsia="Arial Narrow"/>
                <w:b w:val="1"/>
                <w:bCs w:val="1"/>
                <w:noProof w:val="0"/>
                <w:sz w:val="22"/>
                <w:szCs w:val="22"/>
                <w:lang w:val="en-US"/>
              </w:rPr>
              <w:t>Comunicazione SCNTT: già effettuata / da effettuare prima dell'esercizio</w:t>
            </w:r>
          </w:p>
        </w:tc>
        <w:tc>
          <w:tcPr>
            <w:tcW w:w="4980" w:type="dxa"/>
            <w:gridSpan w:val="2"/>
            <w:tcMar/>
          </w:tcPr>
          <w:p w:rsidR="640DB3F5" w:rsidP="56A4170B" w:rsidRDefault="640DB3F5" w14:paraId="6A46B826" w14:textId="5D5AEE2B">
            <w:pPr>
              <w:pStyle w:val="Normal"/>
            </w:pPr>
            <w:r w:rsidRPr="56A4170B" w:rsidR="640DB3F5">
              <w:rPr>
                <w:i w:val="1"/>
                <w:iCs w:val="1"/>
                <w:color w:val="666666"/>
              </w:rPr>
              <w:t>Comunicazione da inviare</w:t>
            </w:r>
          </w:p>
        </w:tc>
      </w:tr>
      <w:tr w:rsidR="5F7E6AFD" w:rsidTr="56A4170B" w14:paraId="4D55865A">
        <w:trPr>
          <w:wAfter w:w="12" w:type="dxa"/>
          <w:gridAfter w:val="1"/>
        </w:trPr>
        <w:tc>
          <w:tcPr>
            <w:tcW w:w="4980" w:type="dxa"/>
            <w:shd w:val="clear" w:color="auto" w:fill="E7E6E6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:rsidR="5F7E6AFD" w:rsidP="5F7E6AFD" w:rsidRDefault="5F7E6AFD" w14:paraId="0C7CE8A2" w14:textId="4557B22C">
            <w:pPr>
              <w:pStyle w:val="Normal"/>
            </w:pPr>
            <w:r w:rsidRPr="5F7E6AFD" w:rsidR="5F7E6AFD">
              <w:rPr>
                <w:b w:val="1"/>
                <w:bCs w:val="1"/>
              </w:rPr>
              <w:t>Misure tecniche e organizzative</w:t>
            </w:r>
          </w:p>
        </w:tc>
        <w:tc>
          <w:tcPr>
            <w:tcW w:w="4980" w:type="dxa"/>
            <w:gridSpan w:val="2"/>
            <w:tcMar/>
          </w:tcPr>
          <w:p w:rsidR="5F7E6AFD" w:rsidP="5F7E6AFD" w:rsidRDefault="5F7E6AFD" w14:paraId="0BD2D87B" w14:textId="50A252DD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Esempio: profili di accesso autorizzati, credenziali personali, tracciamento degli accessi, conservazione per il periodo definito dall’ente e protezione dei sistemi secondo le misure adottate dall’amministrazione.</w:t>
            </w:r>
          </w:p>
        </w:tc>
      </w:tr>
    </w:tbl>
    <w:p xmlns:wp14="http://schemas.microsoft.com/office/word/2010/wordml" w14:paraId="4329246C" wp14:textId="77777777">
      <w:pPr>
        <w:pStyle w:val="Heading1"/>
      </w:pPr>
      <w:r>
        <w:t>8. ALLEGATI E ATTESTAZIONI FINALI</w:t>
      </w:r>
    </w:p>
    <w:p xmlns:wp14="http://schemas.microsoft.com/office/word/2010/wordml" w14:paraId="660B66CA" wp14:textId="77777777">
      <w:pPr>
        <w:pStyle w:val="Heading2"/>
      </w:pPr>
      <w:r w:rsidR="1C025541">
        <w:rPr/>
        <w:t>8.1 Allegati tecnici</w:t>
      </w:r>
    </w:p>
    <w:p w:rsidR="5F7E6AFD" w:rsidP="5F7E6AFD" w:rsidRDefault="5F7E6AFD" w14:paraId="7F81B4B1" w14:textId="1B2BFC9A">
      <w:pPr>
        <w:pStyle w:val="Istruzioni"/>
      </w:pPr>
      <w:r w:rsidRPr="5F7E6AFD" w:rsidR="5F7E6AFD">
        <w:rPr>
          <w:b w:val="1"/>
          <w:bCs w:val="1"/>
        </w:rPr>
        <w:t xml:space="preserve">Come compilare: </w:t>
      </w:r>
      <w:r w:rsidR="5F7E6AFD">
        <w:rPr/>
        <w:t>Elencare soltanto i documenti effettivamente allegati. Ogni documento usato per il punteggio deve essere richiamato anche nella sezione 5. I dati riportati in corsivo grigio nella tabella sono esempi e devono essere sostituiti dall’ente compilatore.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93"/>
        <w:gridCol w:w="2493"/>
        <w:gridCol w:w="2493"/>
        <w:gridCol w:w="2493"/>
      </w:tblGrid>
      <w:tr xmlns:wp14="http://schemas.microsoft.com/office/word/2010/wordml" w:rsidTr="5F7E6AFD" w14:paraId="7A473835" wp14:textId="77777777">
        <w:trPr>
          <w:tblHeader w:val="true"/>
        </w:trPr>
        <w:tc>
          <w:tcPr>
            <w:tcW w:w="2493" w:type="dxa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7974278F" wp14:textId="77777777">
            <w:pPr>
              <w:jc w:val="center"/>
            </w:pPr>
            <w:r>
              <w:rPr>
                <w:b/>
              </w:rPr>
              <w:t>N.</w:t>
            </w:r>
          </w:p>
        </w:tc>
        <w:tc>
          <w:tcPr>
            <w:tcW w:w="2493" w:type="dxa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2DBCFD05" wp14:textId="77777777">
            <w:pPr>
              <w:jc w:val="center"/>
            </w:pPr>
            <w:r>
              <w:rPr>
                <w:b/>
              </w:rPr>
              <w:t>Documento</w:t>
            </w:r>
          </w:p>
        </w:tc>
        <w:tc>
          <w:tcPr>
            <w:tcW w:w="2493" w:type="dxa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763C1408" wp14:textId="77777777">
            <w:pPr>
              <w:jc w:val="center"/>
            </w:pPr>
            <w:r>
              <w:rPr>
                <w:b/>
              </w:rPr>
              <w:t>Contenuto</w:t>
            </w:r>
          </w:p>
        </w:tc>
        <w:tc>
          <w:tcPr>
            <w:tcW w:w="2493" w:type="dxa"/>
            <w:shd w:val="clear" w:color="auto" w:fill="D9E2F3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2F3"/>
          </w:tcPr>
          <w:p w14:paraId="1AC8217A" wp14:textId="77777777">
            <w:pPr>
              <w:jc w:val="center"/>
            </w:pPr>
            <w:r>
              <w:rPr>
                <w:b/>
              </w:rPr>
              <w:t>Criterio/sezione collegata</w:t>
            </w:r>
          </w:p>
        </w:tc>
      </w:tr>
      <w:tr xmlns:wp14="http://schemas.microsoft.com/office/word/2010/wordml" w:rsidTr="5F7E6AFD" w14:paraId="1F7C0060" wp14:textId="77777777"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47CF4F57" w14:textId="279F0F5B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1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7BBD8BDB" w14:textId="4F179D55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Progetto esecutivo approvato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3026A418" w14:textId="1F7DC86D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Relazione tecnica, quadro economico, elaborati progettuali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6A000AC1" w14:textId="4A7CDB32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Sez. 5 - criteri 1.1/1.2</w:t>
            </w:r>
          </w:p>
        </w:tc>
      </w:tr>
      <w:tr xmlns:wp14="http://schemas.microsoft.com/office/word/2010/wordml" w:rsidTr="5F7E6AFD" w14:paraId="5F21C621" wp14:textId="77777777"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583507BD" w14:textId="71040AB5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2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26864B0A" w14:textId="378F938E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Planimetria interventi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41681F9C" w14:textId="6FAA0638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Localizzazione siti S01-S03 e apparati T01-T04, V01, CR01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08BD1F4A" w14:textId="45D5D268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Sez. 3 e 4.2</w:t>
            </w:r>
          </w:p>
        </w:tc>
      </w:tr>
      <w:tr xmlns:wp14="http://schemas.microsoft.com/office/word/2010/wordml" w:rsidTr="5F7E6AFD" w14:paraId="0196B83F" wp14:textId="77777777"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5E85B6F2" w14:textId="18862A81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3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1F7C87E9" w14:textId="72661342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Schede tecniche apparati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165F3919" w14:textId="2B9871C4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Specifiche telecamere, varco OCR e componenti di gestione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:rsidR="5F7E6AFD" w:rsidP="5F7E6AFD" w:rsidRDefault="5F7E6AFD" w14:paraId="700F0441" w14:textId="314D988B">
            <w:pPr>
              <w:pStyle w:val="Normal"/>
            </w:pPr>
            <w:r w:rsidRPr="5F7E6AFD" w:rsidR="5F7E6AFD">
              <w:rPr>
                <w:i w:val="1"/>
                <w:iCs w:val="1"/>
                <w:color w:val="666666"/>
              </w:rPr>
              <w:t>Sez. 4.2 e criterio 5.1</w:t>
            </w:r>
          </w:p>
        </w:tc>
      </w:tr>
      <w:tr xmlns:wp14="http://schemas.microsoft.com/office/word/2010/wordml" w:rsidTr="5F7E6AFD" w14:paraId="26B34E22" wp14:textId="77777777"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2A86321D" wp14:textId="77777777">
            <w:r>
              <w:t xml:space="preserve"> 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02B138C5" wp14:textId="77777777">
            <w:r>
              <w:t xml:space="preserve"> 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3C1BA4E5" wp14:textId="77777777">
            <w:r>
              <w:t xml:space="preserve"> 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2FC06532" wp14:textId="77777777">
            <w:r>
              <w:t xml:space="preserve"> </w:t>
            </w:r>
          </w:p>
        </w:tc>
      </w:tr>
      <w:tr xmlns:wp14="http://schemas.microsoft.com/office/word/2010/wordml" w:rsidTr="5F7E6AFD" w14:paraId="4402E2D7" wp14:textId="77777777"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70EC48CF" wp14:textId="77777777">
            <w:r>
              <w:t xml:space="preserve"> 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213EE5A7" wp14:textId="77777777">
            <w:r>
              <w:t xml:space="preserve"> 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5F7E921F" wp14:textId="77777777">
            <w:r>
              <w:t xml:space="preserve"> 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604840A5" wp14:textId="77777777">
            <w:r>
              <w:t xml:space="preserve"> </w:t>
            </w:r>
          </w:p>
        </w:tc>
      </w:tr>
      <w:tr xmlns:wp14="http://schemas.microsoft.com/office/word/2010/wordml" w:rsidTr="5F7E6AFD" w14:paraId="7451E5BE" wp14:textId="77777777"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4FEFCEA3" wp14:textId="77777777">
            <w:r>
              <w:t xml:space="preserve"> 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1A596415" wp14:textId="77777777">
            <w:r>
              <w:t xml:space="preserve"> 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451D2A7E" wp14:textId="77777777">
            <w:r>
              <w:t xml:space="preserve"> </w:t>
            </w:r>
          </w:p>
        </w:tc>
        <w:tc>
          <w:tcPr>
            <w:tcW w:w="2493" w:type="dxa"/>
            <w:tcMar>
              <w:top w:w="80" w:type="dxa"/>
              <w:bottom w:w="80" w:type="dxa"/>
            </w:tcMar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59A56ADA" wp14:textId="77777777">
            <w:r>
              <w:t xml:space="preserve"> </w:t>
            </w:r>
          </w:p>
        </w:tc>
      </w:tr>
    </w:tbl>
    <w:p xmlns:wp14="http://schemas.microsoft.com/office/word/2010/wordml" w14:paraId="537E3EA8" wp14:textId="77777777">
      <w:pPr>
        <w:pStyle w:val="Heading2"/>
      </w:pPr>
      <w:r>
        <w:t>8.2 Attestazioni</w:t>
      </w:r>
    </w:p>
    <w:p xmlns:wp14="http://schemas.microsoft.com/office/word/2010/wordml" w14:paraId="23396ACD" wp14:textId="77777777">
      <w:r>
        <w:t>☐ le informazioni contenute nella relazione sono complete e veritiere;</w:t>
      </w:r>
    </w:p>
    <w:p xmlns:wp14="http://schemas.microsoft.com/office/word/2010/wordml" w14:paraId="5CD5E961" wp14:textId="77777777">
      <w:r>
        <w:t>☐ il progetto è coerente con domanda, planimetria, quadro economico, schede tecniche e atti allegati;</w:t>
      </w:r>
    </w:p>
    <w:p xmlns:wp14="http://schemas.microsoft.com/office/word/2010/wordml" w14:paraId="5697702B" wp14:textId="77777777">
      <w:r>
        <w:t>☐ gli elementi richiesti ai fini del punteggio sono comprovati dai documenti indicati;</w:t>
      </w:r>
    </w:p>
    <w:p xmlns:wp14="http://schemas.microsoft.com/office/word/2010/wordml" w14:paraId="42717909" wp14:textId="77777777">
      <w:r>
        <w:t>☐ il progetto è tecnicamente realizzabile entro i termini del bando;</w:t>
      </w:r>
    </w:p>
    <w:p xmlns:wp14="http://schemas.microsoft.com/office/word/2010/wordml" w14:paraId="404E3AF7" wp14:textId="77777777">
      <w:r>
        <w:t>☐ l’ente acquisirà i pareri e gli atti necessari prima della fase in cui sono richiesti;</w:t>
      </w:r>
    </w:p>
    <w:p xmlns:wp14="http://schemas.microsoft.com/office/word/2010/wordml" w14:paraId="06239D53" wp14:textId="77777777">
      <w:r>
        <w:t>☐ l’attuazione avverrà nel rispetto della normativa applicabile in materia di contratti pubblici, videosorveglianza, protezione dei dati personali e sicurezza informatica;</w:t>
      </w:r>
    </w:p>
    <w:p xmlns:wp14="http://schemas.microsoft.com/office/word/2010/wordml" w14:paraId="1ED2EA8A" wp14:textId="77777777">
      <w:r>
        <w:t>☐ l’ammissione al contributo non costituisce autorizzazione o validazione preventiva dei trattamenti di dati o delle integrazioni con sistemi di altre autorità;</w:t>
      </w:r>
    </w:p>
    <w:p xmlns:wp14="http://schemas.microsoft.com/office/word/2010/wordml" w14:paraId="607DAAB9" wp14:textId="77777777">
      <w:r>
        <w:t>☐ l’ente garantirà funzionalità e manutenzione per il periodo previsto dal bando.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xmlns:wp14="http://schemas.microsoft.com/office/word/2010/wordml" w14:paraId="41A44BF3" wp14:textId="77777777">
        <w:tc>
          <w:tcPr>
            <w:tcW w:w="4986" w:type="dxa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44A5C606" wp14:textId="77777777">
            <w:r>
              <w:rPr>
                <w:b/>
              </w:rPr>
              <w:t>Luogo e data</w:t>
            </w:r>
          </w:p>
        </w:tc>
        <w:tc>
          <w:tcPr>
            <w:tcW w:w="4986" w:type="dxa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61829076" wp14:textId="77777777">
            <w:r/>
          </w:p>
        </w:tc>
      </w:tr>
      <w:tr xmlns:wp14="http://schemas.microsoft.com/office/word/2010/wordml" w14:paraId="4D52A23E" wp14:textId="77777777">
        <w:tc>
          <w:tcPr>
            <w:tcW w:w="4986" w:type="dxa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6B825DB9" wp14:textId="77777777">
            <w:r>
              <w:rPr>
                <w:b/>
              </w:rPr>
              <w:t>Nome e qualifica del sottoscrittore</w:t>
            </w:r>
          </w:p>
        </w:tc>
        <w:tc>
          <w:tcPr>
            <w:tcW w:w="4986" w:type="dxa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2BA226A1" wp14:textId="77777777">
            <w:r/>
          </w:p>
        </w:tc>
      </w:tr>
      <w:tr xmlns:wp14="http://schemas.microsoft.com/office/word/2010/wordml" w14:paraId="50A5F07D" wp14:textId="77777777">
        <w:tc>
          <w:tcPr>
            <w:tcW w:w="4986" w:type="dxa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6E6"/>
          </w:tcPr>
          <w:p w14:paraId="20020BEF" wp14:textId="77777777">
            <w:r>
              <w:rPr>
                <w:b/>
              </w:rPr>
              <w:t>Firma digitale</w:t>
            </w:r>
          </w:p>
        </w:tc>
        <w:tc>
          <w:tcPr>
            <w:tcW w:w="4986" w:type="dxa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 w14:paraId="3E1B44DC" wp14:textId="77777777">
            <w:r>
              <w:t>Documento sottoscritto digitalmente</w:t>
            </w:r>
          </w:p>
        </w:tc>
      </w:tr>
    </w:tbl>
    <w:sectPr w:rsidRPr="0006063C" w:rsidR="00FC693F" w:rsidSect="00034616">
      <w:footerReference w:type="default" r:id="rId9"/>
      <w:pgSz w:w="12240" w:h="15840" w:orient="portrait"/>
      <w:pgMar w:top="964" w:right="1134" w:bottom="907" w:left="1134" w:header="720" w:footer="720" w:gutter="0"/>
      <w:cols w:space="720"/>
      <w:docGrid w:linePitch="360"/>
      <w:headerReference w:type="default" r:id="R8fca9b3373194c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w:rsidR="681A82EB" w:rsidP="681A82EB" w:rsidRDefault="681A82EB" w14:paraId="1A031D47" w14:textId="14ECA51A">
    <w:pPr>
      <w:pStyle w:val="Footer"/>
      <w:jc w:val="center"/>
      <w:rPr>
        <w:rFonts w:ascii="Arial Narrow" w:hAnsi="Arial Narrow"/>
        <w:sz w:val="18"/>
        <w:szCs w:val="18"/>
      </w:rPr>
    </w:pPr>
  </w:p>
  <w:p xmlns:wp14="http://schemas.microsoft.com/office/word/2010/wordml" w14:paraId="26D82893" wp14:textId="30154A53">
    <w:pPr>
      <w:pStyle w:val="Footer"/>
      <w:jc w:val="center"/>
    </w:pPr>
    <w:r w:rsidRPr="681A82EB" w:rsidR="681A82EB">
      <w:rPr>
        <w:rFonts w:ascii="Arial Narrow" w:hAnsi="Arial Narrow"/>
        <w:sz w:val="18"/>
        <w:szCs w:val="18"/>
      </w:rPr>
      <w:t xml:space="preserve">Regione Marche - </w:t>
    </w:r>
    <w:r w:rsidRPr="681A82EB" w:rsidR="681A82EB">
      <w:rPr>
        <w:rFonts w:ascii="Arial Narrow" w:hAnsi="Arial Narrow"/>
        <w:sz w:val="18"/>
        <w:szCs w:val="18"/>
      </w:rPr>
      <w:t>Allegato</w:t>
    </w:r>
    <w:r w:rsidRPr="681A82EB" w:rsidR="681A82EB">
      <w:rPr>
        <w:rFonts w:ascii="Arial Narrow" w:hAnsi="Arial Narrow"/>
        <w:sz w:val="18"/>
        <w:szCs w:val="18"/>
      </w:rPr>
      <w:t xml:space="preserve"> 1A |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681A82EB" w:rsidTr="681A82EB" w14:paraId="50A993BA">
      <w:trPr>
        <w:trHeight w:val="300"/>
      </w:trPr>
      <w:tc>
        <w:tcPr>
          <w:tcW w:w="3320" w:type="dxa"/>
          <w:tcMar/>
        </w:tcPr>
        <w:p w:rsidR="681A82EB" w:rsidP="681A82EB" w:rsidRDefault="681A82EB" w14:paraId="741E7841" w14:textId="7E4EF944">
          <w:pPr>
            <w:pStyle w:val="Header"/>
            <w:bidi w:val="0"/>
            <w:ind w:left="-115"/>
            <w:jc w:val="left"/>
          </w:pPr>
        </w:p>
      </w:tc>
      <w:tc>
        <w:tcPr>
          <w:tcW w:w="3320" w:type="dxa"/>
          <w:tcMar/>
        </w:tcPr>
        <w:p w:rsidR="681A82EB" w:rsidP="681A82EB" w:rsidRDefault="681A82EB" w14:paraId="4E55BBA9" w14:textId="48FCAC28">
          <w:pPr>
            <w:pStyle w:val="Header"/>
            <w:bidi w:val="0"/>
            <w:jc w:val="center"/>
          </w:pPr>
        </w:p>
      </w:tc>
      <w:tc>
        <w:tcPr>
          <w:tcW w:w="3320" w:type="dxa"/>
          <w:tcMar/>
        </w:tcPr>
        <w:p w:rsidR="681A82EB" w:rsidP="681A82EB" w:rsidRDefault="681A82EB" w14:paraId="29412484" w14:textId="56DA44C2">
          <w:pPr>
            <w:pStyle w:val="Header"/>
            <w:bidi w:val="0"/>
            <w:ind w:right="-115"/>
            <w:jc w:val="right"/>
          </w:pPr>
        </w:p>
      </w:tc>
    </w:tr>
  </w:tbl>
  <w:p w:rsidR="681A82EB" w:rsidP="681A82EB" w:rsidRDefault="681A82EB" w14:paraId="31213655" w14:textId="11E5C84C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23">
    <w:nsid w:val="4558f33d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671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0dad6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1a3c9b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20cbe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14031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0fca6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248d93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07512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92ea3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8f484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681d57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90dbe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dd23c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7aeee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f264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E0AA6C"/>
    <w:rsid w:val="00FC693F"/>
    <w:rsid w:val="017C4EF1"/>
    <w:rsid w:val="0302E6F8"/>
    <w:rsid w:val="042ECB62"/>
    <w:rsid w:val="042ECB62"/>
    <w:rsid w:val="04AA3BC2"/>
    <w:rsid w:val="05C8815C"/>
    <w:rsid w:val="07D4BE26"/>
    <w:rsid w:val="0A94C785"/>
    <w:rsid w:val="0BA3F18D"/>
    <w:rsid w:val="0D3265D9"/>
    <w:rsid w:val="0ED1BA87"/>
    <w:rsid w:val="107F5016"/>
    <w:rsid w:val="11E6239A"/>
    <w:rsid w:val="13191408"/>
    <w:rsid w:val="1645E33C"/>
    <w:rsid w:val="17C134F2"/>
    <w:rsid w:val="195A32E8"/>
    <w:rsid w:val="196DECC1"/>
    <w:rsid w:val="1B899F41"/>
    <w:rsid w:val="1B899F41"/>
    <w:rsid w:val="1C025541"/>
    <w:rsid w:val="1C283F35"/>
    <w:rsid w:val="1FB9C89A"/>
    <w:rsid w:val="203E1669"/>
    <w:rsid w:val="2084C7F6"/>
    <w:rsid w:val="20DCBC05"/>
    <w:rsid w:val="237BD19F"/>
    <w:rsid w:val="23A99DDD"/>
    <w:rsid w:val="259C87D7"/>
    <w:rsid w:val="290F07CC"/>
    <w:rsid w:val="290F07CC"/>
    <w:rsid w:val="2977BC00"/>
    <w:rsid w:val="2C7BE677"/>
    <w:rsid w:val="2D493289"/>
    <w:rsid w:val="2D984324"/>
    <w:rsid w:val="2E1F7900"/>
    <w:rsid w:val="308A93E0"/>
    <w:rsid w:val="31871BF1"/>
    <w:rsid w:val="349A9156"/>
    <w:rsid w:val="39D3A9B0"/>
    <w:rsid w:val="3A718BC1"/>
    <w:rsid w:val="3B15BE62"/>
    <w:rsid w:val="3B15BE62"/>
    <w:rsid w:val="3B9FDCE6"/>
    <w:rsid w:val="3BF4B59F"/>
    <w:rsid w:val="3C648CE7"/>
    <w:rsid w:val="3CE2B7AC"/>
    <w:rsid w:val="3EAEDF96"/>
    <w:rsid w:val="3F68C82B"/>
    <w:rsid w:val="402AB5F7"/>
    <w:rsid w:val="4166004C"/>
    <w:rsid w:val="45AF8C0F"/>
    <w:rsid w:val="46422344"/>
    <w:rsid w:val="465F0CEA"/>
    <w:rsid w:val="48BCCD42"/>
    <w:rsid w:val="48BCCD42"/>
    <w:rsid w:val="491F9DC0"/>
    <w:rsid w:val="4985AA6D"/>
    <w:rsid w:val="4B709335"/>
    <w:rsid w:val="4B709335"/>
    <w:rsid w:val="4BA81F54"/>
    <w:rsid w:val="4EDB278F"/>
    <w:rsid w:val="5044C2E0"/>
    <w:rsid w:val="516DEE0F"/>
    <w:rsid w:val="51A1E27C"/>
    <w:rsid w:val="51A1E27C"/>
    <w:rsid w:val="5212F9CF"/>
    <w:rsid w:val="528A6242"/>
    <w:rsid w:val="5370C0CF"/>
    <w:rsid w:val="56A4170B"/>
    <w:rsid w:val="57CB0E75"/>
    <w:rsid w:val="5B38B675"/>
    <w:rsid w:val="5DA4DCC2"/>
    <w:rsid w:val="5F7E6AFD"/>
    <w:rsid w:val="640DB3F5"/>
    <w:rsid w:val="646E5F75"/>
    <w:rsid w:val="65223629"/>
    <w:rsid w:val="655389E6"/>
    <w:rsid w:val="659A0344"/>
    <w:rsid w:val="662AF2F9"/>
    <w:rsid w:val="670CC6DF"/>
    <w:rsid w:val="6758D3F2"/>
    <w:rsid w:val="67A91535"/>
    <w:rsid w:val="681A82EB"/>
    <w:rsid w:val="69F6EE14"/>
    <w:rsid w:val="69F6EE14"/>
    <w:rsid w:val="6A664A96"/>
    <w:rsid w:val="6AD210DF"/>
    <w:rsid w:val="6B7A61DF"/>
    <w:rsid w:val="6F87CE2F"/>
    <w:rsid w:val="6F8A0450"/>
    <w:rsid w:val="71E3D059"/>
    <w:rsid w:val="73CAD566"/>
    <w:rsid w:val="7611B9EA"/>
    <w:rsid w:val="78CC14AF"/>
    <w:rsid w:val="79067C25"/>
    <w:rsid w:val="795C7805"/>
    <w:rsid w:val="7A94AA34"/>
    <w:rsid w:val="7A94AA34"/>
    <w:rsid w:val="7B8001C1"/>
    <w:rsid w:val="7B8001C1"/>
    <w:rsid w:val="7B82D816"/>
    <w:rsid w:val="7B8CBBF7"/>
    <w:rsid w:val="7CD691A3"/>
    <w:rsid w:val="7D432356"/>
    <w:rsid w:val="7D432356"/>
    <w:rsid w:val="7DB87605"/>
    <w:rsid w:val="7F78013A"/>
    <w:rsid w:val="7F9C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2723D797-5929-420E-AB2A-FF8C14EBC0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spacing w:after="60"/>
    </w:pPr>
    <w:rPr>
      <w:rFonts w:ascii="Arial Narrow" w:hAnsi="Arial Narrow" w:eastAsia="Arial Narrow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60"/>
      <w:outlineLvl w:val="0"/>
    </w:pPr>
    <w:rPr>
      <w:rFonts w:ascii="Arial Narrow" w:hAnsi="Arial Narrow" w:eastAsia="Arial Narrow" w:asciiTheme="majorHAnsi" w:hAnsiTheme="majorHAnsi" w:eastAsiaTheme="majorEastAsia" w:cstheme="majorBidi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="Arial Narrow" w:hAnsi="Arial Narrow" w:eastAsia="Arial Narrow" w:asciiTheme="majorHAnsi" w:hAnsiTheme="majorHAnsi" w:eastAsiaTheme="majorEastAsia" w:cstheme="majorBidi"/>
      <w:b/>
      <w:bCs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color="4F81BD" w:themeColor="accent1" w:sz="8" w:space="4"/>
      </w:pBdr>
      <w:spacing w:before="120" w:after="60" w:line="240" w:lineRule="auto"/>
      <w:contextualSpacing/>
    </w:pPr>
    <w:rPr>
      <w:rFonts w:ascii="Arial Narrow" w:hAnsi="Arial Narrow" w:eastAsia="Arial Narrow" w:asciiTheme="majorHAnsi" w:hAnsiTheme="majorHAnsi" w:eastAsiaTheme="majorEastAsia" w:cstheme="majorBidi"/>
      <w:b/>
      <w:color w:val="000000"/>
      <w:spacing w:val="5"/>
      <w:kern w:val="28"/>
      <w:sz w:val="3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Istruzioni" w:customStyle="1">
    <w:name w:val="Istruzioni"/>
    <w:pPr>
      <w:spacing w:after="60"/>
    </w:pPr>
    <w:rPr>
      <w:rFonts w:ascii="Arial Narrow" w:hAnsi="Arial Narrow" w:eastAsia="Arial Narrow"/>
      <w:i/>
      <w:color w:val="3C3C3C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footer" Target="footer1.xml" Id="rId9" /><Relationship Type="http://schemas.openxmlformats.org/officeDocument/2006/relationships/header" Target="header.xml" Id="R8fca9b3373194c4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Allegato 1A - Relazione tecnico-illustrativa semplificata</dc:title>
  <dc:subject/>
  <dc:creator>Raffaele Chitarroni</dc:creator>
  <keywords/>
  <dc:description>generated by python-docx</dc:description>
  <lastModifiedBy>Raffaele Chitarroni</lastModifiedBy>
  <revision>10</revision>
  <dcterms:created xsi:type="dcterms:W3CDTF">2026-08-20T13:39:46.8366061Z</dcterms:created>
  <dcterms:modified xsi:type="dcterms:W3CDTF">2026-08-26T08:44:52.5647787Z</dcterms:modified>
  <category/>
</coreProperties>
</file>